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9DD9" w14:textId="4B3A870E" w:rsidR="00375077" w:rsidRPr="003D34DF" w:rsidRDefault="003D34DF">
      <w:pPr>
        <w:spacing w:before="1100"/>
        <w:jc w:val="center"/>
        <w:rPr>
          <w:sz w:val="20"/>
          <w:szCs w:val="24"/>
        </w:rPr>
      </w:pPr>
      <w:r w:rsidRPr="003D34DF">
        <w:rPr>
          <w:rFonts w:ascii="Aptos Display" w:hAnsi="Aptos Display"/>
          <w:b/>
          <w:color w:val="17365D"/>
          <w:sz w:val="72"/>
          <w:szCs w:val="24"/>
        </w:rPr>
        <w:t>Dia de Chef</w:t>
      </w:r>
    </w:p>
    <w:p w14:paraId="63FF7732" w14:textId="77777777" w:rsidR="005E31E3" w:rsidRPr="00DD2DE9" w:rsidRDefault="005E31E3">
      <w:pPr>
        <w:jc w:val="center"/>
        <w:rPr>
          <w:b/>
          <w:color w:val="C9962B"/>
          <w:sz w:val="30"/>
        </w:rPr>
      </w:pPr>
    </w:p>
    <w:p w14:paraId="5E355BEE" w14:textId="77777777" w:rsidR="005E31E3" w:rsidRPr="00DD2DE9" w:rsidRDefault="005E31E3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6"/>
      </w:tblGrid>
      <w:tr w:rsidR="00375077" w:rsidRPr="00DD2DE9" w14:paraId="01A0AEF7" w14:textId="77777777">
        <w:trPr>
          <w:jc w:val="center"/>
        </w:trPr>
        <w:tc>
          <w:tcPr>
            <w:tcW w:w="9746" w:type="dxa"/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C6B87F" w14:textId="77777777" w:rsidR="00375077" w:rsidRPr="00DD2DE9" w:rsidRDefault="00B05409">
            <w:pPr>
              <w:spacing w:after="0"/>
              <w:jc w:val="center"/>
            </w:pPr>
            <w:r w:rsidRPr="00DD2DE9">
              <w:rPr>
                <w:b/>
                <w:color w:val="17365D"/>
                <w:sz w:val="32"/>
              </w:rPr>
              <w:t>TERMOS DE PARTICIPAÇÃO E AUTORIZAÇÃO</w:t>
            </w:r>
          </w:p>
        </w:tc>
      </w:tr>
    </w:tbl>
    <w:p w14:paraId="72BF677C" w14:textId="77777777" w:rsidR="005E31E3" w:rsidRPr="00DD2DE9" w:rsidRDefault="005E31E3">
      <w:pPr>
        <w:spacing w:before="160"/>
        <w:jc w:val="center"/>
        <w:rPr>
          <w:i/>
          <w:color w:val="666666"/>
          <w:sz w:val="22"/>
        </w:rPr>
      </w:pPr>
    </w:p>
    <w:p w14:paraId="0C64F082" w14:textId="4014A309" w:rsidR="00375077" w:rsidRPr="00DD2DE9" w:rsidRDefault="00B05409">
      <w:pPr>
        <w:spacing w:before="160"/>
        <w:jc w:val="center"/>
      </w:pPr>
      <w:r w:rsidRPr="00DD2DE9">
        <w:rPr>
          <w:i/>
          <w:color w:val="666666"/>
          <w:sz w:val="22"/>
        </w:rPr>
        <w:t>Modelos para colaborador, terceiro adulto e criança ou adolescente.</w:t>
      </w:r>
    </w:p>
    <w:p w14:paraId="176B563D" w14:textId="77777777" w:rsidR="00375077" w:rsidRPr="00DD2DE9" w:rsidRDefault="00B05409">
      <w:pPr>
        <w:spacing w:before="840"/>
        <w:jc w:val="center"/>
      </w:pPr>
      <w:proofErr w:type="gramStart"/>
      <w:r w:rsidRPr="00DD2DE9">
        <w:rPr>
          <w:b/>
          <w:color w:val="17365D"/>
          <w:sz w:val="22"/>
        </w:rPr>
        <w:t>MARGARIDA  •</w:t>
      </w:r>
      <w:proofErr w:type="gramEnd"/>
      <w:r w:rsidRPr="00DD2DE9">
        <w:rPr>
          <w:b/>
          <w:color w:val="17365D"/>
          <w:sz w:val="22"/>
        </w:rPr>
        <w:t xml:space="preserve">  </w:t>
      </w:r>
      <w:proofErr w:type="gramStart"/>
      <w:r w:rsidRPr="00DD2DE9">
        <w:rPr>
          <w:b/>
          <w:color w:val="17365D"/>
          <w:sz w:val="22"/>
        </w:rPr>
        <w:t>BONINA  •</w:t>
      </w:r>
      <w:proofErr w:type="gramEnd"/>
      <w:r w:rsidRPr="00DD2DE9">
        <w:rPr>
          <w:b/>
          <w:color w:val="17365D"/>
          <w:sz w:val="22"/>
        </w:rPr>
        <w:t xml:space="preserve">  </w:t>
      </w:r>
      <w:proofErr w:type="gramStart"/>
      <w:r w:rsidRPr="00DD2DE9">
        <w:rPr>
          <w:b/>
          <w:color w:val="17365D"/>
          <w:sz w:val="22"/>
        </w:rPr>
        <w:t>MONA  •</w:t>
      </w:r>
      <w:proofErr w:type="gramEnd"/>
      <w:r w:rsidRPr="00DD2DE9">
        <w:rPr>
          <w:b/>
          <w:color w:val="17365D"/>
          <w:sz w:val="22"/>
        </w:rPr>
        <w:t xml:space="preserve">  </w:t>
      </w:r>
      <w:proofErr w:type="gramStart"/>
      <w:r w:rsidRPr="00DD2DE9">
        <w:rPr>
          <w:b/>
          <w:color w:val="17365D"/>
          <w:sz w:val="22"/>
        </w:rPr>
        <w:t>BUQUÊ  •</w:t>
      </w:r>
      <w:proofErr w:type="gramEnd"/>
      <w:r w:rsidRPr="00DD2DE9">
        <w:rPr>
          <w:b/>
          <w:color w:val="17365D"/>
          <w:sz w:val="22"/>
        </w:rPr>
        <w:t xml:space="preserve">  GUTH</w:t>
      </w:r>
    </w:p>
    <w:p w14:paraId="0BD82B2E" w14:textId="77777777" w:rsidR="00375077" w:rsidRPr="00DD2DE9" w:rsidRDefault="00B05409">
      <w:pPr>
        <w:spacing w:before="1400"/>
        <w:jc w:val="center"/>
      </w:pPr>
      <w:r w:rsidRPr="00DD2DE9">
        <w:rPr>
          <w:b/>
          <w:color w:val="666666"/>
          <w:sz w:val="18"/>
        </w:rPr>
        <w:t>MODELOS PARA ASSINATURA</w:t>
      </w:r>
    </w:p>
    <w:p w14:paraId="7EFD4AB4" w14:textId="77777777" w:rsidR="00375077" w:rsidRPr="00DD2DE9" w:rsidRDefault="00B05409">
      <w:r w:rsidRPr="00DD2DE9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375077" w:rsidRPr="0072561C" w14:paraId="10577359" w14:textId="77777777">
        <w:trPr>
          <w:jc w:val="center"/>
        </w:trPr>
        <w:tc>
          <w:tcPr>
            <w:tcW w:w="9746" w:type="dxa"/>
            <w:shd w:val="clear" w:color="auto" w:fill="EAF0F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627CC6B" w14:textId="77777777" w:rsidR="00375077" w:rsidRPr="0034577A" w:rsidRDefault="00375077">
            <w:pPr>
              <w:rPr>
                <w:color w:val="auto"/>
              </w:rPr>
            </w:pPr>
          </w:p>
          <w:p w14:paraId="4FDA1231" w14:textId="77777777" w:rsidR="00375077" w:rsidRPr="0034577A" w:rsidRDefault="00B05409">
            <w:pPr>
              <w:spacing w:after="60"/>
              <w:rPr>
                <w:color w:val="auto"/>
              </w:rPr>
            </w:pPr>
            <w:r w:rsidRPr="0034577A">
              <w:rPr>
                <w:b/>
                <w:color w:val="auto"/>
              </w:rPr>
              <w:t>ORIENTAÇÃO DE USO</w:t>
            </w:r>
          </w:p>
          <w:p w14:paraId="7BF8BC29" w14:textId="12885D02" w:rsidR="00375077" w:rsidRPr="0034577A" w:rsidRDefault="0034577A">
            <w:pPr>
              <w:spacing w:after="0"/>
              <w:rPr>
                <w:color w:val="auto"/>
              </w:rPr>
            </w:pPr>
            <w:r w:rsidRPr="0034577A">
              <w:rPr>
                <w:color w:val="auto"/>
              </w:rPr>
              <w:t>O colaborador assina o Termo 1. Cada terceiro adulto assina um Termo 2. Para cada menor, o responsável assina um Termo 3 e o menor manifesta assentimento quando possível. Sem autorização de pessoa identificável, o vídeo deve ser editado antes do envio ou não será habilitado.</w:t>
            </w:r>
          </w:p>
        </w:tc>
      </w:tr>
    </w:tbl>
    <w:p w14:paraId="05F0D9F4" w14:textId="77777777" w:rsidR="00375077" w:rsidRPr="0072561C" w:rsidRDefault="00375077">
      <w:pPr>
        <w:spacing w:after="0"/>
        <w:rPr>
          <w:color w:val="auto"/>
        </w:rPr>
      </w:pPr>
    </w:p>
    <w:p w14:paraId="03E61719" w14:textId="77777777" w:rsidR="00375077" w:rsidRPr="0072561C" w:rsidRDefault="00B05409">
      <w:pPr>
        <w:pStyle w:val="Ttulo1"/>
        <w:rPr>
          <w:color w:val="auto"/>
        </w:rPr>
      </w:pPr>
      <w:r w:rsidRPr="0072561C">
        <w:rPr>
          <w:color w:val="auto"/>
        </w:rPr>
        <w:t>QUADRO DE CONTROLE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375077" w:rsidRPr="0072561C" w14:paraId="33132B4E" w14:textId="77777777">
        <w:trPr>
          <w:jc w:val="center"/>
        </w:trPr>
        <w:tc>
          <w:tcPr>
            <w:tcW w:w="3249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0C910" w14:textId="77777777" w:rsidR="00375077" w:rsidRPr="0072561C" w:rsidRDefault="00B05409">
            <w:pPr>
              <w:spacing w:after="0"/>
              <w:jc w:val="center"/>
              <w:rPr>
                <w:color w:val="auto"/>
              </w:rPr>
            </w:pPr>
            <w:r w:rsidRPr="0072561C">
              <w:rPr>
                <w:b/>
                <w:color w:val="auto"/>
              </w:rPr>
              <w:t>Quem aparece no vídeo</w:t>
            </w:r>
          </w:p>
        </w:tc>
        <w:tc>
          <w:tcPr>
            <w:tcW w:w="3249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FE4061" w14:textId="77777777" w:rsidR="00375077" w:rsidRPr="0072561C" w:rsidRDefault="00B05409">
            <w:pPr>
              <w:spacing w:after="0"/>
              <w:jc w:val="center"/>
              <w:rPr>
                <w:color w:val="auto"/>
              </w:rPr>
            </w:pPr>
            <w:r w:rsidRPr="0072561C">
              <w:rPr>
                <w:b/>
                <w:color w:val="auto"/>
              </w:rPr>
              <w:t>Documento</w:t>
            </w:r>
          </w:p>
        </w:tc>
        <w:tc>
          <w:tcPr>
            <w:tcW w:w="3249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F8B3B5" w14:textId="77777777" w:rsidR="00375077" w:rsidRPr="0072561C" w:rsidRDefault="00B05409">
            <w:pPr>
              <w:spacing w:after="0"/>
              <w:jc w:val="center"/>
              <w:rPr>
                <w:color w:val="auto"/>
              </w:rPr>
            </w:pPr>
            <w:r w:rsidRPr="0072561C">
              <w:rPr>
                <w:b/>
                <w:color w:val="auto"/>
              </w:rPr>
              <w:t>Assinatura</w:t>
            </w:r>
          </w:p>
        </w:tc>
      </w:tr>
      <w:tr w:rsidR="00375077" w:rsidRPr="0072561C" w14:paraId="5C80D6C9" w14:textId="77777777">
        <w:trPr>
          <w:jc w:val="center"/>
        </w:trPr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10F41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b/>
                <w:color w:val="auto"/>
              </w:rPr>
              <w:t>Colaborador inscrito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62E1C4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Termo 1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7BFC0A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Colaborador</w:t>
            </w:r>
          </w:p>
        </w:tc>
      </w:tr>
      <w:tr w:rsidR="00375077" w:rsidRPr="0072561C" w14:paraId="325E7129" w14:textId="77777777">
        <w:trPr>
          <w:jc w:val="center"/>
        </w:trPr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BCBDFA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b/>
                <w:color w:val="auto"/>
              </w:rPr>
              <w:t>Terceiro com 18 anos ou mais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D0FB4F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Termo 2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45D739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Próprio terceiro</w:t>
            </w:r>
          </w:p>
        </w:tc>
      </w:tr>
      <w:tr w:rsidR="00375077" w:rsidRPr="0072561C" w14:paraId="23AD1D05" w14:textId="77777777">
        <w:trPr>
          <w:jc w:val="center"/>
        </w:trPr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28085C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b/>
                <w:color w:val="auto"/>
              </w:rPr>
              <w:t>Criança ou adolescente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D5A2CA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Termo 3</w:t>
            </w:r>
          </w:p>
        </w:tc>
        <w:tc>
          <w:tcPr>
            <w:tcW w:w="324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D2F27A" w14:textId="77777777" w:rsidR="00375077" w:rsidRPr="0072561C" w:rsidRDefault="00B05409">
            <w:pPr>
              <w:spacing w:after="0"/>
              <w:rPr>
                <w:color w:val="auto"/>
              </w:rPr>
            </w:pPr>
            <w:r w:rsidRPr="0072561C">
              <w:rPr>
                <w:color w:val="auto"/>
              </w:rPr>
              <w:t>Responsável legal e, quando possível, o menor</w:t>
            </w:r>
          </w:p>
        </w:tc>
      </w:tr>
    </w:tbl>
    <w:p w14:paraId="433F1578" w14:textId="77777777" w:rsidR="00375077" w:rsidRPr="0072561C" w:rsidRDefault="00B05409">
      <w:pPr>
        <w:rPr>
          <w:color w:val="auto"/>
        </w:rPr>
      </w:pPr>
      <w:r w:rsidRPr="0072561C">
        <w:rPr>
          <w:color w:val="auto"/>
        </w:rPr>
        <w:br w:type="page"/>
      </w:r>
    </w:p>
    <w:p w14:paraId="04E8BF76" w14:textId="77777777" w:rsidR="00B4734F" w:rsidRPr="00B715C2" w:rsidRDefault="00B4734F" w:rsidP="00B4734F">
      <w:pPr>
        <w:pStyle w:val="Ttulo1"/>
        <w:jc w:val="center"/>
        <w:rPr>
          <w:color w:val="auto"/>
        </w:rPr>
      </w:pPr>
      <w:r w:rsidRPr="00B715C2">
        <w:rPr>
          <w:color w:val="auto"/>
        </w:rPr>
        <w:lastRenderedPageBreak/>
        <w:t>TERMO 1 — COLABORADOR PARTICIPANTE</w:t>
      </w:r>
    </w:p>
    <w:p w14:paraId="7005C231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Nome completo: ______________________________________________________________</w:t>
      </w:r>
    </w:p>
    <w:p w14:paraId="27F7D813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CPF: _________________________________</w:t>
      </w:r>
      <w:proofErr w:type="gramStart"/>
      <w:r w:rsidRPr="00B715C2">
        <w:rPr>
          <w:color w:val="auto"/>
          <w:sz w:val="22"/>
        </w:rPr>
        <w:t>_  Data</w:t>
      </w:r>
      <w:proofErr w:type="gramEnd"/>
      <w:r w:rsidRPr="00B715C2">
        <w:rPr>
          <w:color w:val="auto"/>
          <w:sz w:val="22"/>
        </w:rPr>
        <w:t xml:space="preserve"> de nascimento: ____/____/________</w:t>
      </w:r>
    </w:p>
    <w:p w14:paraId="6A29178F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E-mail: ____________________________________</w:t>
      </w:r>
      <w:proofErr w:type="gramStart"/>
      <w:r w:rsidRPr="00B715C2">
        <w:rPr>
          <w:color w:val="auto"/>
          <w:sz w:val="22"/>
        </w:rPr>
        <w:t>_  Telefone</w:t>
      </w:r>
      <w:proofErr w:type="gramEnd"/>
      <w:r w:rsidRPr="00B715C2">
        <w:rPr>
          <w:color w:val="auto"/>
          <w:sz w:val="22"/>
        </w:rPr>
        <w:t>: (__</w:t>
      </w:r>
      <w:proofErr w:type="gramStart"/>
      <w:r w:rsidRPr="00B715C2">
        <w:rPr>
          <w:color w:val="auto"/>
          <w:sz w:val="22"/>
        </w:rPr>
        <w:t>_)_</w:t>
      </w:r>
      <w:proofErr w:type="gramEnd"/>
      <w:r w:rsidRPr="00B715C2">
        <w:rPr>
          <w:color w:val="auto"/>
          <w:sz w:val="22"/>
        </w:rPr>
        <w:t>___________________</w:t>
      </w:r>
    </w:p>
    <w:p w14:paraId="4579ADCD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Colaborador inscrito / nome da receita: _________________________________________</w:t>
      </w:r>
    </w:p>
    <w:p w14:paraId="680D7E0B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DECLARAÇÕES</w:t>
      </w:r>
    </w:p>
    <w:p w14:paraId="68A94D67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Li e aceito o regulamento do Concurso “Chef da Farinha: Sua Receita em Cena” e participo voluntariamente.</w:t>
      </w:r>
    </w:p>
    <w:p w14:paraId="420B475A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Informei todas as pessoas identificáveis e entreguei os termos de autorização.</w:t>
      </w:r>
    </w:p>
    <w:p w14:paraId="45BD26DB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Sei que todos os vídeos habilitados, vencedores ou não, poderão ser editados e publicados.</w:t>
      </w:r>
    </w:p>
    <w:p w14:paraId="04886D43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AUTORIZAÇÃO DE USO E DIVULGAÇÃO</w:t>
      </w:r>
    </w:p>
    <w:p w14:paraId="00D464AE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Autorizo, de forma livre, informada, específica e gratuita, a captação, edição, reprodução e divulgação de minha imagem, voz, nome, depoimento e participação no vídeo do concurso “Chef da Farinha: Sua Receita em Cena”.</w:t>
      </w:r>
    </w:p>
    <w:p w14:paraId="6F2729AB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☐ AUTORIZO a divulgação interna na </w:t>
      </w:r>
      <w:proofErr w:type="spellStart"/>
      <w:r w:rsidRPr="00B715C2">
        <w:rPr>
          <w:color w:val="auto"/>
          <w:sz w:val="22"/>
        </w:rPr>
        <w:t>Feedz</w:t>
      </w:r>
      <w:proofErr w:type="spellEnd"/>
      <w:r w:rsidRPr="00B715C2">
        <w:rPr>
          <w:color w:val="auto"/>
          <w:sz w:val="22"/>
        </w:rPr>
        <w:t>, intranet, apresentações e comunicações internas.</w:t>
      </w:r>
    </w:p>
    <w:p w14:paraId="4C7689BF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AUTORIZO a divulgação externa no Instagram, Facebook, outras redes sociais, website, canais de vídeo, mídia digital, apresentações e materiais institucionais da empresa, independentemente de o vídeo ser vencedor.</w:t>
      </w:r>
    </w:p>
    <w:p w14:paraId="7A8F36BB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DECLARO ciência de que a divulgação promove produtos e marcas da empresa e possui natureza institucional, promocional e mercadológica, podendo caracterizar uso econômico ou comercial de imagem.</w:t>
      </w:r>
    </w:p>
    <w:p w14:paraId="633395AC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EDIÇÃO</w:t>
      </w:r>
    </w:p>
    <w:p w14:paraId="4D01DD7F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 montagem, cortes, ajustes de duração, enquadramento, cor e áudio, trilha licenciada, legendas, locução, grafismos, chamadas, logotipos, identidade visual e acessibilidade. A edição não poderá criar fala inexistente, deturpar o sentido, expor participante de modo vexatório ou utilizar o material fora das finalidades autorizadas.</w:t>
      </w:r>
    </w:p>
    <w:p w14:paraId="5B9B2E32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CONDIÇÕES E PRIVACIDADE</w:t>
      </w:r>
    </w:p>
    <w:p w14:paraId="6B4824EE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 autorização é gratuita e não gera remuneração adicional. Posso solicitar informações através de e-mail ao Encarregado de Dados (privacidade@abagrobrasil.com.br) ou pelo Canal de Denúncias do Grupo AB (https://reporting.clickcompliance.com/grupo-</w:t>
      </w:r>
      <w:proofErr w:type="spellStart"/>
      <w:r w:rsidRPr="00B715C2">
        <w:rPr>
          <w:color w:val="auto"/>
          <w:sz w:val="22"/>
        </w:rPr>
        <w:t>abagrobrasil</w:t>
      </w:r>
      <w:proofErr w:type="spellEnd"/>
      <w:r w:rsidRPr="00B715C2">
        <w:rPr>
          <w:color w:val="auto"/>
          <w:sz w:val="22"/>
        </w:rPr>
        <w:t>). O pedido não afeta usos anteriores e poderá encontrar limitações legais, técnicas ou cópias feitas por terceiros em redes abertas.</w:t>
      </w:r>
    </w:p>
    <w:p w14:paraId="49BDA676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[CIDADE], ____ de ______________ </w:t>
      </w:r>
      <w:proofErr w:type="spellStart"/>
      <w:r w:rsidRPr="00B715C2">
        <w:rPr>
          <w:color w:val="auto"/>
          <w:sz w:val="22"/>
        </w:rPr>
        <w:t>de</w:t>
      </w:r>
      <w:proofErr w:type="spellEnd"/>
      <w:r w:rsidRPr="00B715C2">
        <w:rPr>
          <w:color w:val="auto"/>
          <w:sz w:val="22"/>
        </w:rPr>
        <w:t xml:space="preserve"> ______.</w:t>
      </w:r>
    </w:p>
    <w:p w14:paraId="0BA7DB35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419127AB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Assinatura do colaborador</w:t>
      </w:r>
    </w:p>
    <w:p w14:paraId="78AB936C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6943A14D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Recebido pela organização</w:t>
      </w:r>
    </w:p>
    <w:p w14:paraId="628FE59B" w14:textId="77777777" w:rsidR="00B4734F" w:rsidRPr="00B715C2" w:rsidRDefault="00B4734F" w:rsidP="00B4734F">
      <w:pPr>
        <w:rPr>
          <w:color w:val="auto"/>
        </w:rPr>
      </w:pPr>
      <w:r w:rsidRPr="00B715C2">
        <w:rPr>
          <w:color w:val="auto"/>
        </w:rPr>
        <w:br w:type="page"/>
      </w:r>
    </w:p>
    <w:p w14:paraId="456854F5" w14:textId="77777777" w:rsidR="00B4734F" w:rsidRPr="00B715C2" w:rsidRDefault="00B4734F" w:rsidP="00B4734F">
      <w:pPr>
        <w:pStyle w:val="Ttulo1"/>
        <w:jc w:val="center"/>
        <w:rPr>
          <w:color w:val="auto"/>
        </w:rPr>
      </w:pPr>
      <w:r w:rsidRPr="00B715C2">
        <w:rPr>
          <w:color w:val="auto"/>
        </w:rPr>
        <w:lastRenderedPageBreak/>
        <w:t>TERMO 2 — TERCEIRO ADULTO</w:t>
      </w:r>
    </w:p>
    <w:p w14:paraId="4E901930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Nome completo: ______________________________________________________________</w:t>
      </w:r>
    </w:p>
    <w:p w14:paraId="09232CA5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CPF: _________________________________</w:t>
      </w:r>
      <w:proofErr w:type="gramStart"/>
      <w:r w:rsidRPr="00B715C2">
        <w:rPr>
          <w:color w:val="auto"/>
          <w:sz w:val="22"/>
        </w:rPr>
        <w:t>_  Data</w:t>
      </w:r>
      <w:proofErr w:type="gramEnd"/>
      <w:r w:rsidRPr="00B715C2">
        <w:rPr>
          <w:color w:val="auto"/>
          <w:sz w:val="22"/>
        </w:rPr>
        <w:t xml:space="preserve"> de nascimento: ____/____/________</w:t>
      </w:r>
    </w:p>
    <w:p w14:paraId="25746021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E-mail: _________________________________</w:t>
      </w:r>
      <w:proofErr w:type="gramStart"/>
      <w:r w:rsidRPr="00B715C2">
        <w:rPr>
          <w:color w:val="auto"/>
          <w:sz w:val="22"/>
        </w:rPr>
        <w:t>_  Telefone</w:t>
      </w:r>
      <w:proofErr w:type="gramEnd"/>
      <w:r w:rsidRPr="00B715C2">
        <w:rPr>
          <w:color w:val="auto"/>
          <w:sz w:val="22"/>
        </w:rPr>
        <w:t>: _________________________</w:t>
      </w:r>
    </w:p>
    <w:p w14:paraId="7C988F93" w14:textId="77777777" w:rsidR="00B4734F" w:rsidRPr="00B715C2" w:rsidRDefault="00B4734F" w:rsidP="00B4734F">
      <w:pPr>
        <w:rPr>
          <w:color w:val="auto"/>
          <w:sz w:val="22"/>
        </w:rPr>
      </w:pPr>
      <w:r w:rsidRPr="00B715C2">
        <w:rPr>
          <w:color w:val="auto"/>
          <w:sz w:val="22"/>
        </w:rPr>
        <w:t>Colaborador inscrito / nome da receita: _________________________________________</w:t>
      </w:r>
    </w:p>
    <w:p w14:paraId="03C90673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Declaro que minha participação é voluntária, gratuita e não me torna concorrente, empregado, prestador ou beneficiário da premiação. Compreendo que o vídeo poderá ser publicado mesmo que não seja vencedor.</w:t>
      </w:r>
    </w:p>
    <w:p w14:paraId="5209099F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AUTORIZAÇÃO DE USO E DIVULGAÇÃO</w:t>
      </w:r>
    </w:p>
    <w:p w14:paraId="3FC2FA2B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Autorizo, de forma livre, informada, específica e gratuita, a captação, edição, reprodução e divulgação de minha imagem, voz, nome, depoimento e participação no vídeo do concurso “Chef da Farinha: Sua Receita em Cena”.</w:t>
      </w:r>
    </w:p>
    <w:p w14:paraId="3604228E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☐ AUTORIZO a divulgação interna na </w:t>
      </w:r>
      <w:proofErr w:type="spellStart"/>
      <w:r w:rsidRPr="00B715C2">
        <w:rPr>
          <w:color w:val="auto"/>
          <w:sz w:val="22"/>
        </w:rPr>
        <w:t>Feedz</w:t>
      </w:r>
      <w:proofErr w:type="spellEnd"/>
      <w:r w:rsidRPr="00B715C2">
        <w:rPr>
          <w:color w:val="auto"/>
          <w:sz w:val="22"/>
        </w:rPr>
        <w:t>, intranet, apresentações e comunicações internas.</w:t>
      </w:r>
    </w:p>
    <w:p w14:paraId="57AE80BE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AUTORIZO a divulgação externa no Instagram, Facebook, outras redes sociais, website, canais de vídeo, mídia digital, apresentações e materiais institucionais da empresa, independentemente de o vídeo ser vencedor.</w:t>
      </w:r>
    </w:p>
    <w:p w14:paraId="5C8DED16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DECLARO ciência de que a divulgação promove produtos e marcas da empresa e possui natureza institucional, promocional e mercadológica, podendo caracterizar uso econômico ou comercial de imagem.</w:t>
      </w:r>
    </w:p>
    <w:p w14:paraId="4BCD4CB1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EDIÇÃO</w:t>
      </w:r>
    </w:p>
    <w:p w14:paraId="1E040B21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 montagem, cortes, ajustes de duração, enquadramento, cor e áudio, trilha licenciada, legendas, locução, grafismos, chamadas, logotipos, identidade visual e acessibilidade. A edição não poderá criar fala inexistente, deturpar o sentido, expor participante de modo vexatório ou utilizar o material fora das finalidades autorizadas.</w:t>
      </w:r>
    </w:p>
    <w:p w14:paraId="1C2BA8E3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CONDIÇÕES E PRIVACIDADE</w:t>
      </w:r>
    </w:p>
    <w:p w14:paraId="51FAD345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 autorização é gratuita e não gera remuneração adicional. Posso solicitar informações através de e-mail ao Encarregado de Dados (privacidade@abagrobrasil.com.br) ou pelo Canal de Denúncias do Grupo AB (https://reporting.clickcompliance.com/grupo-</w:t>
      </w:r>
      <w:proofErr w:type="spellStart"/>
      <w:r w:rsidRPr="00B715C2">
        <w:rPr>
          <w:color w:val="auto"/>
          <w:sz w:val="22"/>
        </w:rPr>
        <w:t>abagrobrasil</w:t>
      </w:r>
      <w:proofErr w:type="spellEnd"/>
      <w:r w:rsidRPr="00B715C2">
        <w:rPr>
          <w:color w:val="auto"/>
          <w:sz w:val="22"/>
        </w:rPr>
        <w:t>). O pedido não afeta usos anteriores e poderá encontrar limitações legais, técnicas ou cópias feitas por terceiros em redes abertas.</w:t>
      </w:r>
    </w:p>
    <w:p w14:paraId="1E87F0DC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[CIDADE], ____ de ______________ </w:t>
      </w:r>
      <w:proofErr w:type="spellStart"/>
      <w:r w:rsidRPr="00B715C2">
        <w:rPr>
          <w:color w:val="auto"/>
          <w:sz w:val="22"/>
        </w:rPr>
        <w:t>de</w:t>
      </w:r>
      <w:proofErr w:type="spellEnd"/>
      <w:r w:rsidRPr="00B715C2">
        <w:rPr>
          <w:color w:val="auto"/>
          <w:sz w:val="22"/>
        </w:rPr>
        <w:t xml:space="preserve"> ______.</w:t>
      </w:r>
    </w:p>
    <w:p w14:paraId="602FE5E3" w14:textId="77777777" w:rsidR="00B4734F" w:rsidRPr="00B715C2" w:rsidRDefault="00B4734F" w:rsidP="00B4734F">
      <w:pPr>
        <w:rPr>
          <w:color w:val="auto"/>
          <w:sz w:val="22"/>
        </w:rPr>
      </w:pPr>
    </w:p>
    <w:p w14:paraId="2893179F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Assinatura do terceiro adulto</w:t>
      </w:r>
    </w:p>
    <w:p w14:paraId="2DFE06A7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055210FC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Recebido pela organização</w:t>
      </w:r>
    </w:p>
    <w:p w14:paraId="38623EA2" w14:textId="77777777" w:rsidR="00B4734F" w:rsidRPr="00B715C2" w:rsidRDefault="00B4734F" w:rsidP="00B4734F">
      <w:pPr>
        <w:rPr>
          <w:color w:val="auto"/>
        </w:rPr>
      </w:pPr>
      <w:r w:rsidRPr="00B715C2">
        <w:rPr>
          <w:color w:val="auto"/>
        </w:rPr>
        <w:br w:type="page"/>
      </w:r>
    </w:p>
    <w:p w14:paraId="2C099156" w14:textId="77777777" w:rsidR="00B4734F" w:rsidRPr="00B715C2" w:rsidRDefault="00B4734F" w:rsidP="00B4734F">
      <w:pPr>
        <w:pStyle w:val="Ttulo1"/>
        <w:jc w:val="center"/>
        <w:rPr>
          <w:color w:val="auto"/>
        </w:rPr>
      </w:pPr>
      <w:r w:rsidRPr="00B715C2">
        <w:rPr>
          <w:color w:val="auto"/>
        </w:rPr>
        <w:lastRenderedPageBreak/>
        <w:t>TERMO 3 — CRIANÇA OU ADOLESCENTE</w:t>
      </w:r>
    </w:p>
    <w:p w14:paraId="06196AD6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Nome completo: ______________________________________________________________</w:t>
      </w:r>
    </w:p>
    <w:p w14:paraId="18243803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Data de nascimento: ____/____/________   Idade: ______ anos</w:t>
      </w:r>
    </w:p>
    <w:p w14:paraId="40857B45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E-mail: _________________________________</w:t>
      </w:r>
      <w:proofErr w:type="gramStart"/>
      <w:r w:rsidRPr="00B715C2">
        <w:rPr>
          <w:color w:val="auto"/>
          <w:sz w:val="22"/>
        </w:rPr>
        <w:t>_  Telefone</w:t>
      </w:r>
      <w:proofErr w:type="gramEnd"/>
      <w:r w:rsidRPr="00B715C2">
        <w:rPr>
          <w:color w:val="auto"/>
          <w:sz w:val="22"/>
        </w:rPr>
        <w:t>: _________________________</w:t>
      </w:r>
    </w:p>
    <w:p w14:paraId="5BD6D809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Colaborador inscrito / nome da receita: _________________________________________</w:t>
      </w:r>
    </w:p>
    <w:p w14:paraId="5C2AC688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RESPONSÁVEL LEGAL</w:t>
      </w:r>
    </w:p>
    <w:p w14:paraId="700F3382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Nome: __________________________________________ CPF: __________________________</w:t>
      </w:r>
    </w:p>
    <w:p w14:paraId="1237F5D8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Qualidade: ☐ Mãe ☐ Pai ☐ Tutor(a) ☐ Guardião(ã) ☐ Outro: _____________________</w:t>
      </w:r>
    </w:p>
    <w:p w14:paraId="07DF1D70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Possuo poderes legais para autorizar a participação.</w:t>
      </w:r>
    </w:p>
    <w:p w14:paraId="15790D7C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A participação é espontânea, supervisionada e compatível com a idade.</w:t>
      </w:r>
    </w:p>
    <w:p w14:paraId="6006FF93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O menor não manipulará equipamentos perigosos nem fará apelo direto à compra.</w:t>
      </w:r>
    </w:p>
    <w:p w14:paraId="078786B8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Expliquei a gravação e a divulgação em linguagem adequada e respeitarei eventual recusa.</w:t>
      </w:r>
    </w:p>
    <w:p w14:paraId="7547EBED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AUTORIZAÇÃO DE USO E DIVULGAÇÃO</w:t>
      </w:r>
    </w:p>
    <w:p w14:paraId="6332CDF2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Autorizo, de forma livre, informada, específica e gratuita, a captação, edição, reprodução e divulgação de sua imagem, voz, nome, depoimento e participação no vídeo do concurso “Chef da Farinha: Sua Receita em Cena”.</w:t>
      </w:r>
    </w:p>
    <w:p w14:paraId="2F1397A7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☐ AUTORIZO a divulgação interna na </w:t>
      </w:r>
      <w:proofErr w:type="spellStart"/>
      <w:r w:rsidRPr="00B715C2">
        <w:rPr>
          <w:color w:val="auto"/>
          <w:sz w:val="22"/>
        </w:rPr>
        <w:t>Feedz</w:t>
      </w:r>
      <w:proofErr w:type="spellEnd"/>
      <w:r w:rsidRPr="00B715C2">
        <w:rPr>
          <w:color w:val="auto"/>
          <w:sz w:val="22"/>
        </w:rPr>
        <w:t>, intranet, apresentações e comunicações internas.</w:t>
      </w:r>
    </w:p>
    <w:p w14:paraId="1DADBA3C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AUTORIZO a divulgação externa no Instagram, Facebook, outras redes sociais, website, canais de vídeo, mídia digital, apresentações e materiais institucionais da empresa, independentemente de o vídeo ser vencedor.</w:t>
      </w:r>
    </w:p>
    <w:p w14:paraId="2CCE5E19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DECLARO ciência de que a divulgação promove produtos e marcas da empresa e possui natureza institucional, promocional e mercadológica, podendo caracterizar uso econômico ou comercial de imagem.</w:t>
      </w:r>
    </w:p>
    <w:p w14:paraId="03FCB7CF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EDIÇÃO</w:t>
      </w:r>
    </w:p>
    <w:p w14:paraId="112421B2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Autorizo montagem, cortes, ajustes de duração, enquadramento, cor e áudio, trilha licenciada, legendas, locução, grafismos, chamadas, logotipos, identidade visual e acessibilidade. A edição não poderá criar fala inexistente, deturpar o sentido, expor participante de modo vexatório ou utilizar o material fora das finalidades autorizadas.</w:t>
      </w:r>
    </w:p>
    <w:p w14:paraId="322D648F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CONDIÇÕES E PRIVACIDADE</w:t>
      </w:r>
    </w:p>
    <w:p w14:paraId="127792F3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A autorização é gratuita e não gera remuneração adicional.</w:t>
      </w:r>
      <w:r w:rsidRPr="00B715C2">
        <w:t xml:space="preserve"> </w:t>
      </w:r>
      <w:r w:rsidRPr="00B715C2">
        <w:rPr>
          <w:color w:val="auto"/>
          <w:sz w:val="22"/>
        </w:rPr>
        <w:t>Posso solicitar informações através de e-mail ao Encarregado de Dados (privacidade@abagrobrasil.com.br) ou pelo Canal de Denúncias do Grupo AB (https://reporting.clickcompliance.com/grupo-</w:t>
      </w:r>
      <w:proofErr w:type="spellStart"/>
      <w:r w:rsidRPr="00B715C2">
        <w:rPr>
          <w:color w:val="auto"/>
          <w:sz w:val="22"/>
        </w:rPr>
        <w:t>abagrobrasil</w:t>
      </w:r>
      <w:proofErr w:type="spellEnd"/>
      <w:r w:rsidRPr="00B715C2">
        <w:rPr>
          <w:color w:val="auto"/>
          <w:sz w:val="22"/>
        </w:rPr>
        <w:t>). O pedido não afeta usos anteriores e poderá encontrar limitações legais, técnicas ou cópias feitas por terceiros em redes abertas.</w:t>
      </w:r>
    </w:p>
    <w:p w14:paraId="104D3551" w14:textId="77777777" w:rsidR="00B4734F" w:rsidRPr="00B715C2" w:rsidRDefault="00B4734F" w:rsidP="00B4734F">
      <w:pPr>
        <w:pStyle w:val="Ttulo2"/>
        <w:jc w:val="both"/>
        <w:rPr>
          <w:color w:val="auto"/>
          <w:sz w:val="22"/>
          <w:szCs w:val="22"/>
        </w:rPr>
      </w:pPr>
      <w:r w:rsidRPr="00B715C2">
        <w:rPr>
          <w:color w:val="auto"/>
          <w:sz w:val="22"/>
          <w:szCs w:val="22"/>
        </w:rPr>
        <w:t>ASSENTIMENTO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02"/>
      </w:tblGrid>
      <w:tr w:rsidR="00B4734F" w:rsidRPr="00B715C2" w14:paraId="13C57F39" w14:textId="77777777" w:rsidTr="006C3593">
        <w:tc>
          <w:tcPr>
            <w:tcW w:w="9802" w:type="dxa"/>
            <w:shd w:val="clear" w:color="auto" w:fill="EAF0F6"/>
          </w:tcPr>
          <w:p w14:paraId="7D033160" w14:textId="77777777" w:rsidR="00B4734F" w:rsidRPr="00B715C2" w:rsidRDefault="00B4734F" w:rsidP="006C3593">
            <w:pPr>
              <w:jc w:val="both"/>
              <w:rPr>
                <w:color w:val="auto"/>
                <w:sz w:val="22"/>
              </w:rPr>
            </w:pPr>
            <w:r w:rsidRPr="00B715C2">
              <w:rPr>
                <w:b/>
                <w:color w:val="auto"/>
                <w:sz w:val="22"/>
              </w:rPr>
              <w:t>EXPLICAÇÃO SIMPLES</w:t>
            </w:r>
          </w:p>
          <w:p w14:paraId="7E8A1E9E" w14:textId="77777777" w:rsidR="00B4734F" w:rsidRPr="00B715C2" w:rsidRDefault="00B4734F" w:rsidP="006C3593">
            <w:pPr>
              <w:jc w:val="both"/>
              <w:rPr>
                <w:color w:val="auto"/>
                <w:sz w:val="22"/>
              </w:rPr>
            </w:pPr>
            <w:r w:rsidRPr="00B715C2">
              <w:rPr>
                <w:color w:val="auto"/>
                <w:sz w:val="22"/>
              </w:rPr>
              <w:t>Este vídeo mostra uma receita com farinha. A empresa poderá melhorar o vídeo e mostrá-lo para pessoas da empresa, no site, no Instagram, no Facebook e em outras redes sociais. Você pode dizer que não quer participar ou pedir para parar.</w:t>
            </w:r>
          </w:p>
        </w:tc>
      </w:tr>
    </w:tbl>
    <w:p w14:paraId="1AAE6FDF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>☐ O menor compreendeu e concorda em participar e com as formas de divulgação autorizadas pelo responsável.</w:t>
      </w:r>
    </w:p>
    <w:p w14:paraId="31068066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lastRenderedPageBreak/>
        <w:t>☐ O menor não possui compreensão suficiente para manifestação autônoma, conforme avaliação do responsável</w:t>
      </w:r>
      <w:r>
        <w:rPr>
          <w:color w:val="auto"/>
          <w:sz w:val="22"/>
        </w:rPr>
        <w:t xml:space="preserve"> que o autoriza a participar</w:t>
      </w:r>
      <w:r w:rsidRPr="00B715C2">
        <w:rPr>
          <w:color w:val="auto"/>
          <w:sz w:val="22"/>
        </w:rPr>
        <w:t>.</w:t>
      </w:r>
    </w:p>
    <w:p w14:paraId="6178A058" w14:textId="77777777" w:rsidR="00B4734F" w:rsidRPr="00B715C2" w:rsidRDefault="00B4734F" w:rsidP="00B4734F">
      <w:pPr>
        <w:jc w:val="both"/>
        <w:rPr>
          <w:color w:val="auto"/>
          <w:sz w:val="22"/>
        </w:rPr>
      </w:pPr>
      <w:r w:rsidRPr="00B715C2">
        <w:rPr>
          <w:color w:val="auto"/>
          <w:sz w:val="22"/>
        </w:rPr>
        <w:t xml:space="preserve">[CIDADE], ____ de ______________ </w:t>
      </w:r>
      <w:proofErr w:type="spellStart"/>
      <w:r w:rsidRPr="00B715C2">
        <w:rPr>
          <w:color w:val="auto"/>
          <w:sz w:val="22"/>
        </w:rPr>
        <w:t>de</w:t>
      </w:r>
      <w:proofErr w:type="spellEnd"/>
      <w:r w:rsidRPr="00B715C2">
        <w:rPr>
          <w:color w:val="auto"/>
          <w:sz w:val="22"/>
        </w:rPr>
        <w:t xml:space="preserve"> ______.</w:t>
      </w:r>
    </w:p>
    <w:p w14:paraId="6BAC4142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4A507364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Assinatura do responsável legal</w:t>
      </w:r>
    </w:p>
    <w:p w14:paraId="0B67AB42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2321B3FB" w14:textId="77777777" w:rsidR="00B4734F" w:rsidRPr="00B715C2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Assinatura/assentimento do menor, quando aplicável</w:t>
      </w:r>
    </w:p>
    <w:p w14:paraId="5F027614" w14:textId="77777777" w:rsidR="00B4734F" w:rsidRPr="00B715C2" w:rsidRDefault="00B4734F" w:rsidP="00B4734F">
      <w:pPr>
        <w:jc w:val="center"/>
        <w:rPr>
          <w:color w:val="auto"/>
          <w:sz w:val="22"/>
        </w:rPr>
      </w:pPr>
    </w:p>
    <w:p w14:paraId="6F1F7582" w14:textId="0F6A4B58" w:rsidR="00375077" w:rsidRPr="00B4734F" w:rsidRDefault="00B4734F" w:rsidP="00B4734F">
      <w:pPr>
        <w:jc w:val="center"/>
        <w:rPr>
          <w:color w:val="auto"/>
          <w:sz w:val="22"/>
        </w:rPr>
      </w:pPr>
      <w:r w:rsidRPr="00B715C2">
        <w:rPr>
          <w:color w:val="auto"/>
          <w:sz w:val="22"/>
        </w:rPr>
        <w:br/>
        <w:t>____________________________________________</w:t>
      </w:r>
      <w:r w:rsidRPr="00B715C2">
        <w:rPr>
          <w:color w:val="auto"/>
          <w:sz w:val="22"/>
        </w:rPr>
        <w:br/>
        <w:t>Recebido pela orga</w:t>
      </w:r>
      <w:r>
        <w:rPr>
          <w:color w:val="auto"/>
          <w:sz w:val="22"/>
        </w:rPr>
        <w:t>nização</w:t>
      </w:r>
    </w:p>
    <w:sectPr w:rsidR="00375077" w:rsidRPr="00B4734F" w:rsidSect="008E3CB5">
      <w:headerReference w:type="default" r:id="rId11"/>
      <w:footerReference w:type="default" r:id="rId12"/>
      <w:pgSz w:w="12240" w:h="15840"/>
      <w:pgMar w:top="102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52B3" w14:textId="77777777" w:rsidR="00356F48" w:rsidRDefault="00356F48">
      <w:pPr>
        <w:spacing w:after="0"/>
      </w:pPr>
      <w:r>
        <w:separator/>
      </w:r>
    </w:p>
  </w:endnote>
  <w:endnote w:type="continuationSeparator" w:id="0">
    <w:p w14:paraId="45704945" w14:textId="77777777" w:rsidR="00356F48" w:rsidRDefault="00356F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B342" w14:textId="6F43A0C8" w:rsidR="00375077" w:rsidRDefault="003D34DF">
    <w:pPr>
      <w:pStyle w:val="Rodap"/>
      <w:jc w:val="center"/>
    </w:pPr>
    <w:r>
      <w:rPr>
        <w:color w:val="666666"/>
        <w:sz w:val="16"/>
      </w:rPr>
      <w:t>Dia de Chef</w:t>
    </w:r>
    <w:r w:rsidR="00B05409">
      <w:rPr>
        <w:color w:val="666666"/>
        <w:sz w:val="16"/>
      </w:rPr>
      <w:t xml:space="preserve"> | </w:t>
    </w:r>
    <w:r w:rsidR="00B05409">
      <w:t xml:space="preserve"> </w:t>
    </w:r>
    <w:r w:rsidR="00B05409">
      <w:fldChar w:fldCharType="begin"/>
    </w:r>
    <w:r w:rsidR="00B05409">
      <w:instrText xml:space="preserve"> PAGE </w:instrText>
    </w:r>
    <w:r w:rsidR="00B05409">
      <w:fldChar w:fldCharType="separate"/>
    </w:r>
    <w:r w:rsidR="005E31E3">
      <w:rPr>
        <w:noProof/>
      </w:rPr>
      <w:t>1</w:t>
    </w:r>
    <w:r w:rsidR="00B054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EBBF" w14:textId="77777777" w:rsidR="00356F48" w:rsidRDefault="00356F48">
      <w:pPr>
        <w:spacing w:after="0"/>
      </w:pPr>
      <w:r>
        <w:separator/>
      </w:r>
    </w:p>
  </w:footnote>
  <w:footnote w:type="continuationSeparator" w:id="0">
    <w:p w14:paraId="239C2680" w14:textId="77777777" w:rsidR="00356F48" w:rsidRDefault="00356F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FDCA" w14:textId="78049D48" w:rsidR="005E31E3" w:rsidRDefault="00000000" w:rsidP="005E31E3">
    <w:pPr>
      <w:pStyle w:val="Cabealho"/>
      <w:tabs>
        <w:tab w:val="left" w:pos="8076"/>
        <w:tab w:val="right" w:pos="9746"/>
      </w:tabs>
      <w:rPr>
        <w:color w:val="666666"/>
        <w:sz w:val="16"/>
      </w:rPr>
    </w:pPr>
    <w:r>
      <w:rPr>
        <w:noProof/>
        <w:color w:val="666666"/>
        <w:sz w:val="16"/>
      </w:rPr>
      <w:pict w14:anchorId="69AEF6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0282205" o:spid="_x0000_s1026" type="#_x0000_t75" style="position:absolute;margin-left:-62.3pt;margin-top:-65.3pt;width:612.15pt;height:790.9pt;z-index:-251658752;mso-position-horizontal-relative:margin;mso-position-vertical-relative:margin" o:allowincell="f">
          <v:imagedata r:id="rId1" o:title="folhaA4"/>
          <w10:wrap anchorx="margin" anchory="margin"/>
        </v:shape>
      </w:pict>
    </w:r>
    <w:r w:rsidR="005E31E3">
      <w:rPr>
        <w:color w:val="666666"/>
        <w:sz w:val="16"/>
      </w:rPr>
      <w:tab/>
    </w:r>
    <w:r w:rsidR="005E31E3">
      <w:rPr>
        <w:color w:val="666666"/>
        <w:sz w:val="16"/>
      </w:rPr>
      <w:tab/>
    </w:r>
    <w:r w:rsidR="005E31E3">
      <w:rPr>
        <w:color w:val="666666"/>
        <w:sz w:val="16"/>
      </w:rPr>
      <w:tab/>
    </w:r>
  </w:p>
  <w:p w14:paraId="4E1715D2" w14:textId="77777777" w:rsidR="005E31E3" w:rsidRDefault="005E31E3" w:rsidP="005E31E3">
    <w:pPr>
      <w:pStyle w:val="Cabealho"/>
      <w:tabs>
        <w:tab w:val="left" w:pos="8076"/>
        <w:tab w:val="right" w:pos="9746"/>
      </w:tabs>
      <w:rPr>
        <w:color w:val="666666"/>
        <w:sz w:val="16"/>
      </w:rPr>
    </w:pPr>
  </w:p>
  <w:p w14:paraId="27416F16" w14:textId="15C9C12D" w:rsidR="00375077" w:rsidRDefault="00B05409" w:rsidP="005E31E3">
    <w:pPr>
      <w:pStyle w:val="Cabealho"/>
      <w:tabs>
        <w:tab w:val="left" w:pos="8076"/>
        <w:tab w:val="right" w:pos="9746"/>
      </w:tabs>
      <w:jc w:val="right"/>
    </w:pPr>
    <w:r>
      <w:rPr>
        <w:color w:val="666666"/>
        <w:sz w:val="16"/>
      </w:rPr>
      <w:t>Termos de Autorização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6192306">
    <w:abstractNumId w:val="8"/>
  </w:num>
  <w:num w:numId="2" w16cid:durableId="2032340366">
    <w:abstractNumId w:val="6"/>
  </w:num>
  <w:num w:numId="3" w16cid:durableId="225379603">
    <w:abstractNumId w:val="5"/>
  </w:num>
  <w:num w:numId="4" w16cid:durableId="1022362386">
    <w:abstractNumId w:val="4"/>
  </w:num>
  <w:num w:numId="5" w16cid:durableId="2103645083">
    <w:abstractNumId w:val="7"/>
  </w:num>
  <w:num w:numId="6" w16cid:durableId="957759493">
    <w:abstractNumId w:val="3"/>
  </w:num>
  <w:num w:numId="7" w16cid:durableId="1090584754">
    <w:abstractNumId w:val="2"/>
  </w:num>
  <w:num w:numId="8" w16cid:durableId="1525944757">
    <w:abstractNumId w:val="1"/>
  </w:num>
  <w:num w:numId="9" w16cid:durableId="199518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84D"/>
    <w:rsid w:val="0006063C"/>
    <w:rsid w:val="00095572"/>
    <w:rsid w:val="0015074B"/>
    <w:rsid w:val="0029639D"/>
    <w:rsid w:val="00326F90"/>
    <w:rsid w:val="0034577A"/>
    <w:rsid w:val="00356F48"/>
    <w:rsid w:val="00375077"/>
    <w:rsid w:val="00377E73"/>
    <w:rsid w:val="003A57A2"/>
    <w:rsid w:val="003D34DF"/>
    <w:rsid w:val="004B43E3"/>
    <w:rsid w:val="004F71A5"/>
    <w:rsid w:val="005E31E3"/>
    <w:rsid w:val="006D028A"/>
    <w:rsid w:val="0072561C"/>
    <w:rsid w:val="007C433B"/>
    <w:rsid w:val="008D701A"/>
    <w:rsid w:val="008E3CB5"/>
    <w:rsid w:val="00A26BCB"/>
    <w:rsid w:val="00A6148A"/>
    <w:rsid w:val="00AA1D8D"/>
    <w:rsid w:val="00B05409"/>
    <w:rsid w:val="00B4734F"/>
    <w:rsid w:val="00B47730"/>
    <w:rsid w:val="00B940D7"/>
    <w:rsid w:val="00CB0664"/>
    <w:rsid w:val="00DD2DE9"/>
    <w:rsid w:val="00EF5F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CAE9DF"/>
  <w14:defaultImageDpi w14:val="300"/>
  <w15:docId w15:val="{C6934090-E137-4C09-98F8-E33B25A9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0" w:line="240" w:lineRule="auto"/>
    </w:pPr>
    <w:rPr>
      <w:rFonts w:ascii="Aptos" w:hAnsi="Aptos"/>
      <w:color w:val="243447"/>
      <w:sz w:val="19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C9962B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65D"/>
      <w:sz w:val="2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75e987-4629-4736-8a2c-9390a6e3b3f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192407EB632647B5B7C3D900613DD9" ma:contentTypeVersion="12" ma:contentTypeDescription="Crie um novo documento." ma:contentTypeScope="" ma:versionID="9d6ec63d419ce87dbfe1cda44ceffc2d">
  <xsd:schema xmlns:xsd="http://www.w3.org/2001/XMLSchema" xmlns:xs="http://www.w3.org/2001/XMLSchema" xmlns:p="http://schemas.microsoft.com/office/2006/metadata/properties" xmlns:ns2="5b75e987-4629-4736-8a2c-9390a6e3b3f5" targetNamespace="http://schemas.microsoft.com/office/2006/metadata/properties" ma:root="true" ma:fieldsID="dd9280f9d174df5a0d0b88b8fa82039b" ns2:_="">
    <xsd:import namespace="5b75e987-4629-4736-8a2c-9390a6e3b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5e987-4629-4736-8a2c-9390a6e3b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66c7d986-6066-4232-bfaf-e0e13dc314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132E8E-E2AF-4AC2-911C-1D5207126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9EAE3-D9A3-41DB-9310-A35166E5AEE7}">
  <ds:schemaRefs>
    <ds:schemaRef ds:uri="http://schemas.microsoft.com/office/2006/metadata/properties"/>
    <ds:schemaRef ds:uri="http://schemas.microsoft.com/office/infopath/2007/PartnerControls"/>
    <ds:schemaRef ds:uri="5b75e987-4629-4736-8a2c-9390a6e3b3f5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3CFC61-81F5-47F3-8E0A-7A528882C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75e987-4629-4736-8a2c-9390a6e3b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1325</Words>
  <Characters>7161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Savegnago</dc:creator>
  <cp:keywords/>
  <dc:description>generated by python-docx</dc:description>
  <cp:lastModifiedBy>Lilian Barbosa</cp:lastModifiedBy>
  <cp:revision>11</cp:revision>
  <dcterms:created xsi:type="dcterms:W3CDTF">2026-09-30T12:23:00Z</dcterms:created>
  <dcterms:modified xsi:type="dcterms:W3CDTF">2026-10-05T18:08:00Z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0x01010033192407EB632647B5B7C3D900613DD9</vt:lpwstr>
  </property>
  <property fmtid="{D5CDD505-2E9C-101B-9397-08002B2CF9AE}" pid="3" name="MediaServiceImageTags">
    <vt:lpwstr/>
  </property>
</Properties>
</file>