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869C" w14:textId="2146F20C" w:rsidR="00A8368D" w:rsidRPr="006B0CCC" w:rsidRDefault="006B0CCC">
      <w:pPr>
        <w:spacing w:before="1100"/>
        <w:jc w:val="center"/>
        <w:rPr>
          <w:sz w:val="24"/>
          <w:szCs w:val="28"/>
        </w:rPr>
      </w:pPr>
      <w:r w:rsidRPr="006B0CCC">
        <w:rPr>
          <w:rFonts w:ascii="Aptos Display" w:hAnsi="Aptos Display"/>
          <w:b/>
          <w:color w:val="17365D"/>
          <w:sz w:val="96"/>
          <w:szCs w:val="28"/>
        </w:rPr>
        <w:t>Dia de Chef</w:t>
      </w:r>
    </w:p>
    <w:p w14:paraId="0A7AA42C" w14:textId="77777777" w:rsidR="008D0843" w:rsidRDefault="008D0843">
      <w:pPr>
        <w:jc w:val="center"/>
        <w:rPr>
          <w:b/>
          <w:color w:val="C9962B"/>
          <w:sz w:val="30"/>
        </w:rPr>
      </w:pPr>
    </w:p>
    <w:p w14:paraId="6DCA18BF" w14:textId="77777777" w:rsidR="008D0843" w:rsidRPr="00EF06A0" w:rsidRDefault="008D0843">
      <w:pPr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46"/>
      </w:tblGrid>
      <w:tr w:rsidR="00A8368D" w:rsidRPr="00EF06A0" w14:paraId="760AF5CC" w14:textId="77777777">
        <w:trPr>
          <w:jc w:val="center"/>
        </w:trPr>
        <w:tc>
          <w:tcPr>
            <w:tcW w:w="9746" w:type="dxa"/>
            <w:shd w:val="clear" w:color="auto" w:fill="EAF0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D74F54" w14:textId="77777777" w:rsidR="00A8368D" w:rsidRPr="00EF06A0" w:rsidRDefault="00681E13">
            <w:pPr>
              <w:spacing w:after="0"/>
              <w:jc w:val="center"/>
            </w:pPr>
            <w:r w:rsidRPr="00EF06A0">
              <w:rPr>
                <w:b/>
                <w:color w:val="17365D"/>
                <w:sz w:val="32"/>
              </w:rPr>
              <w:t>REGULAMENTO DO CONCURSO INTERNO</w:t>
            </w:r>
          </w:p>
        </w:tc>
      </w:tr>
    </w:tbl>
    <w:p w14:paraId="4F182D4B" w14:textId="77777777" w:rsidR="008D0843" w:rsidRDefault="008D0843">
      <w:pPr>
        <w:spacing w:before="160"/>
        <w:jc w:val="center"/>
        <w:rPr>
          <w:i/>
          <w:color w:val="666666"/>
          <w:sz w:val="22"/>
        </w:rPr>
      </w:pPr>
    </w:p>
    <w:p w14:paraId="1D847A5D" w14:textId="1D2FD557" w:rsidR="00A8368D" w:rsidRPr="00EF06A0" w:rsidRDefault="00681E13">
      <w:pPr>
        <w:spacing w:before="160"/>
        <w:jc w:val="center"/>
      </w:pPr>
      <w:r w:rsidRPr="00EF06A0">
        <w:rPr>
          <w:i/>
          <w:color w:val="666666"/>
          <w:sz w:val="22"/>
        </w:rPr>
        <w:t>Uma receita, muitas histórias e um ingrediente em comum: a nossa farinha de trigo.</w:t>
      </w:r>
    </w:p>
    <w:p w14:paraId="7E5700F2" w14:textId="77777777" w:rsidR="00A8368D" w:rsidRPr="00EF06A0" w:rsidRDefault="00681E13">
      <w:pPr>
        <w:spacing w:before="840"/>
        <w:jc w:val="center"/>
      </w:pPr>
      <w:r w:rsidRPr="00EF06A0">
        <w:rPr>
          <w:b/>
          <w:color w:val="17365D"/>
          <w:sz w:val="22"/>
        </w:rPr>
        <w:t>MARGARIDA  •  BONINA  •  MONA  •  BUQUÊ  •  GUTH</w:t>
      </w:r>
    </w:p>
    <w:p w14:paraId="6ACC48D6" w14:textId="77777777" w:rsidR="00A8368D" w:rsidRPr="00EF06A0" w:rsidRDefault="00681E13">
      <w:pPr>
        <w:spacing w:before="1400"/>
        <w:jc w:val="center"/>
      </w:pPr>
      <w:r w:rsidRPr="00EF06A0">
        <w:rPr>
          <w:b/>
          <w:color w:val="666666"/>
          <w:sz w:val="18"/>
        </w:rPr>
        <w:t>REGULAMENTO INTERNO</w:t>
      </w:r>
    </w:p>
    <w:p w14:paraId="3A131C93" w14:textId="77777777" w:rsidR="00A8368D" w:rsidRPr="00EF06A0" w:rsidRDefault="00681E13">
      <w:r w:rsidRPr="00EF06A0">
        <w:br w:type="page"/>
      </w:r>
    </w:p>
    <w:p w14:paraId="3E3CB617" w14:textId="77777777" w:rsidR="00A8368D" w:rsidRDefault="00A8368D" w:rsidP="008D0843">
      <w:pPr>
        <w:spacing w:after="0"/>
        <w:rPr>
          <w:sz w:val="22"/>
        </w:rPr>
      </w:pPr>
    </w:p>
    <w:tbl>
      <w:tblPr>
        <w:tblpPr w:leftFromText="141" w:rightFromText="141" w:vertAnchor="page" w:horzAnchor="margin" w:tblpX="322" w:tblpY="1561"/>
        <w:tblW w:w="0" w:type="auto"/>
        <w:tblLook w:val="04A0" w:firstRow="1" w:lastRow="0" w:firstColumn="1" w:lastColumn="0" w:noHBand="0" w:noVBand="1"/>
      </w:tblPr>
      <w:tblGrid>
        <w:gridCol w:w="9746"/>
      </w:tblGrid>
      <w:tr w:rsidR="00CF687F" w:rsidRPr="00AF353A" w14:paraId="07401CF7" w14:textId="77777777" w:rsidTr="00CF687F">
        <w:tc>
          <w:tcPr>
            <w:tcW w:w="9746" w:type="dxa"/>
            <w:shd w:val="clear" w:color="auto" w:fill="EAF0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49F7356" w14:textId="77777777" w:rsidR="00CF687F" w:rsidRPr="00AF353A" w:rsidRDefault="00CF687F" w:rsidP="00CF687F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LEIA ANTES DE PARTICIPAR</w:t>
            </w:r>
          </w:p>
          <w:p w14:paraId="14186750" w14:textId="26171504" w:rsidR="00CF687F" w:rsidRPr="00AF353A" w:rsidRDefault="00CF687F" w:rsidP="00CF687F">
            <w:pPr>
              <w:spacing w:after="0"/>
              <w:jc w:val="both"/>
              <w:rPr>
                <w:color w:val="auto"/>
                <w:sz w:val="24"/>
                <w:szCs w:val="24"/>
              </w:rPr>
            </w:pPr>
            <w:r w:rsidRPr="00AF353A">
              <w:rPr>
                <w:color w:val="auto"/>
                <w:sz w:val="24"/>
                <w:szCs w:val="24"/>
              </w:rPr>
              <w:t xml:space="preserve">A inscrição pressupõe leitura e aceitação integral deste regulamento. </w:t>
            </w:r>
            <w:r w:rsidR="004C3BF0" w:rsidRPr="004C3BF0">
              <w:rPr>
                <w:color w:val="auto"/>
                <w:sz w:val="24"/>
                <w:szCs w:val="24"/>
              </w:rPr>
              <w:t>Todos os vídeos habilitados, vencedores ou não, poderão ser editados e publicados nas redes sociais, site e demais canais digitais da empresa. A inscrição exige autorização válida de todas as pessoas identificáveis</w:t>
            </w:r>
          </w:p>
        </w:tc>
      </w:tr>
    </w:tbl>
    <w:p w14:paraId="3A22573D" w14:textId="70AC966E" w:rsidR="00A8368D" w:rsidRPr="00AF353A" w:rsidRDefault="00681E13" w:rsidP="008D0843">
      <w:pPr>
        <w:pStyle w:val="Ttulo1"/>
        <w:numPr>
          <w:ilvl w:val="0"/>
          <w:numId w:val="10"/>
        </w:numPr>
        <w:spacing w:before="0"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OBJETO E FINALIDADE</w:t>
      </w:r>
    </w:p>
    <w:p w14:paraId="6ACEBD41" w14:textId="1DE3C18E" w:rsidR="0031113B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concurso interno “</w:t>
      </w:r>
      <w:r w:rsidR="006B0CCC">
        <w:rPr>
          <w:color w:val="auto"/>
          <w:sz w:val="24"/>
          <w:szCs w:val="24"/>
        </w:rPr>
        <w:t>Dia de Chef</w:t>
      </w:r>
      <w:r w:rsidRPr="00AF353A">
        <w:rPr>
          <w:color w:val="auto"/>
          <w:sz w:val="24"/>
          <w:szCs w:val="24"/>
        </w:rPr>
        <w:t xml:space="preserve">” tem por finalidade estimular o engajamento dos colaboradores </w:t>
      </w:r>
      <w:r w:rsidR="00487679" w:rsidRPr="00AF353A">
        <w:rPr>
          <w:color w:val="auto"/>
          <w:sz w:val="24"/>
          <w:szCs w:val="24"/>
        </w:rPr>
        <w:t xml:space="preserve">das empresas INFASA – INDÚSTRIA DE FARINHAS S.A., BELARINA ALIMENTOS S.A. e AB COMÉRCIO DE INSUMOS LTDA </w:t>
      </w:r>
      <w:r w:rsidRPr="00AF353A">
        <w:rPr>
          <w:color w:val="auto"/>
          <w:sz w:val="24"/>
          <w:szCs w:val="24"/>
        </w:rPr>
        <w:t>e promover, de forma responsável, as marcas de farinha de trigo produzidas pela empresa:</w:t>
      </w:r>
      <w:r w:rsidR="00151759">
        <w:rPr>
          <w:color w:val="auto"/>
          <w:sz w:val="24"/>
          <w:szCs w:val="24"/>
        </w:rPr>
        <w:t xml:space="preserve"> Bonina, Guth, Mona, Buquê ou Margarida.</w:t>
      </w:r>
    </w:p>
    <w:p w14:paraId="6140FB48" w14:textId="70796EF4" w:rsidR="0031113B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 ação consiste na gravação de vídeo demonstrando o preparo de receita doce ou salgada que utilize</w:t>
      </w:r>
      <w:r w:rsidR="003B0497">
        <w:rPr>
          <w:color w:val="auto"/>
          <w:sz w:val="24"/>
          <w:szCs w:val="24"/>
        </w:rPr>
        <w:t xml:space="preserve"> como principal ingrediente</w:t>
      </w:r>
      <w:r w:rsidRPr="00AF353A">
        <w:rPr>
          <w:color w:val="auto"/>
          <w:sz w:val="24"/>
          <w:szCs w:val="24"/>
        </w:rPr>
        <w:t xml:space="preserve">, </w:t>
      </w:r>
      <w:r w:rsidR="003F54E0" w:rsidRPr="003F54E0">
        <w:rPr>
          <w:color w:val="auto"/>
          <w:sz w:val="24"/>
          <w:szCs w:val="24"/>
        </w:rPr>
        <w:t>essencial à estrutura, massa, textura ou identidade da preparação, acompanhado da receita escrita</w:t>
      </w:r>
      <w:r w:rsidR="00892974">
        <w:rPr>
          <w:color w:val="auto"/>
          <w:sz w:val="24"/>
          <w:szCs w:val="24"/>
        </w:rPr>
        <w:t>,</w:t>
      </w:r>
      <w:r w:rsidR="003F54E0" w:rsidRPr="003F54E0">
        <w:rPr>
          <w:color w:val="auto"/>
          <w:sz w:val="24"/>
          <w:szCs w:val="24"/>
        </w:rPr>
        <w:t xml:space="preserve"> </w:t>
      </w:r>
      <w:r w:rsidRPr="00AF353A">
        <w:rPr>
          <w:color w:val="auto"/>
          <w:sz w:val="24"/>
          <w:szCs w:val="24"/>
        </w:rPr>
        <w:t>obrigatoriamente, ao menos uma das farinhas elegíveis, além do envio da receita por escrito.</w:t>
      </w:r>
    </w:p>
    <w:p w14:paraId="789B1B46" w14:textId="71AA65DE" w:rsidR="00A8368D" w:rsidRPr="00AF353A" w:rsidRDefault="00892974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 </w:t>
      </w:r>
      <w:r w:rsidR="00681E13" w:rsidRPr="00AF353A">
        <w:rPr>
          <w:color w:val="auto"/>
          <w:sz w:val="24"/>
          <w:szCs w:val="24"/>
        </w:rPr>
        <w:t>participação é voluntária e não integra as atribuições do cargo, a jornada de trabalho ou a remuneração contratual do colaborador.</w:t>
      </w:r>
    </w:p>
    <w:p w14:paraId="25B7E7E6" w14:textId="77777777" w:rsidR="00F16A23" w:rsidRPr="00AF353A" w:rsidRDefault="00F16A23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71724729" w14:textId="698F6025" w:rsidR="00A8368D" w:rsidRPr="00AF353A" w:rsidRDefault="00681E13" w:rsidP="008D0843">
      <w:pPr>
        <w:pStyle w:val="Ttulo1"/>
        <w:numPr>
          <w:ilvl w:val="0"/>
          <w:numId w:val="10"/>
        </w:numPr>
        <w:spacing w:before="0"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ORGANIZAÇÃO E VIGÊNCIA</w:t>
      </w:r>
    </w:p>
    <w:p w14:paraId="47A4766E" w14:textId="1D5BBA60" w:rsidR="0031113B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 ação será organizada pela área responsável pela Comunicação/Marketing, com apoio das áreas de Recursos Humanos</w:t>
      </w:r>
      <w:r w:rsidR="0031113B" w:rsidRPr="00AF353A">
        <w:rPr>
          <w:color w:val="auto"/>
          <w:sz w:val="24"/>
          <w:szCs w:val="24"/>
        </w:rPr>
        <w:t xml:space="preserve"> e</w:t>
      </w:r>
      <w:r w:rsidRPr="00AF353A">
        <w:rPr>
          <w:color w:val="auto"/>
          <w:sz w:val="24"/>
          <w:szCs w:val="24"/>
        </w:rPr>
        <w:t xml:space="preserve"> Jurídic</w:t>
      </w:r>
      <w:r w:rsidR="0031113B" w:rsidRPr="00AF353A">
        <w:rPr>
          <w:color w:val="auto"/>
          <w:sz w:val="24"/>
          <w:szCs w:val="24"/>
        </w:rPr>
        <w:t>o</w:t>
      </w:r>
      <w:r w:rsidRPr="00AF353A">
        <w:rPr>
          <w:color w:val="auto"/>
          <w:sz w:val="24"/>
          <w:szCs w:val="24"/>
        </w:rPr>
        <w:t>, quando necessário.</w:t>
      </w:r>
    </w:p>
    <w:p w14:paraId="48CA0D61" w14:textId="1660AACE" w:rsidR="0031113B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As inscrições poderão ser realizadas até as </w:t>
      </w:r>
      <w:r w:rsidR="00EA3009">
        <w:rPr>
          <w:color w:val="auto"/>
          <w:sz w:val="24"/>
          <w:szCs w:val="24"/>
        </w:rPr>
        <w:t>23</w:t>
      </w:r>
      <w:r w:rsidR="00921F7B" w:rsidRPr="00AF353A">
        <w:rPr>
          <w:color w:val="auto"/>
          <w:sz w:val="24"/>
          <w:szCs w:val="24"/>
        </w:rPr>
        <w:t>:</w:t>
      </w:r>
      <w:r w:rsidR="00EA3009">
        <w:rPr>
          <w:color w:val="auto"/>
          <w:sz w:val="24"/>
          <w:szCs w:val="24"/>
        </w:rPr>
        <w:t>59</w:t>
      </w:r>
      <w:r w:rsidRPr="00AF353A">
        <w:rPr>
          <w:color w:val="auto"/>
          <w:sz w:val="24"/>
          <w:szCs w:val="24"/>
        </w:rPr>
        <w:t xml:space="preserve"> do dia </w:t>
      </w:r>
      <w:r w:rsidR="00382113">
        <w:rPr>
          <w:color w:val="auto"/>
          <w:sz w:val="24"/>
          <w:szCs w:val="24"/>
        </w:rPr>
        <w:t>30</w:t>
      </w:r>
      <w:r w:rsidRPr="00AF353A">
        <w:rPr>
          <w:color w:val="auto"/>
          <w:sz w:val="24"/>
          <w:szCs w:val="24"/>
        </w:rPr>
        <w:t xml:space="preserve"> de novembro de </w:t>
      </w:r>
      <w:r w:rsidR="0031113B" w:rsidRPr="00AF353A">
        <w:rPr>
          <w:color w:val="auto"/>
          <w:sz w:val="24"/>
          <w:szCs w:val="24"/>
        </w:rPr>
        <w:t xml:space="preserve">2026, </w:t>
      </w:r>
      <w:r w:rsidRPr="00AF353A">
        <w:rPr>
          <w:color w:val="auto"/>
          <w:sz w:val="24"/>
          <w:szCs w:val="24"/>
        </w:rPr>
        <w:t>considerado o horário de Brasília. A organização poderá alterar datas, mediante comunicação nos canais internos.</w:t>
      </w:r>
    </w:p>
    <w:p w14:paraId="069A1F9E" w14:textId="7E2ABE0E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O resultado será divulgado na </w:t>
      </w:r>
      <w:proofErr w:type="spellStart"/>
      <w:r w:rsidRPr="00AF353A">
        <w:rPr>
          <w:color w:val="auto"/>
          <w:sz w:val="24"/>
          <w:szCs w:val="24"/>
        </w:rPr>
        <w:t>Feedz</w:t>
      </w:r>
      <w:proofErr w:type="spellEnd"/>
      <w:r w:rsidRPr="00AF353A">
        <w:rPr>
          <w:color w:val="auto"/>
          <w:sz w:val="24"/>
          <w:szCs w:val="24"/>
        </w:rPr>
        <w:t xml:space="preserve"> em data a ser informada pela organização.</w:t>
      </w:r>
    </w:p>
    <w:p w14:paraId="3992EAC8" w14:textId="77777777" w:rsidR="00F16A23" w:rsidRPr="00AF353A" w:rsidRDefault="00F16A23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61BBAD50" w14:textId="0A8E96C5" w:rsidR="00A8368D" w:rsidRPr="00AF353A" w:rsidRDefault="00681E13" w:rsidP="008D0843">
      <w:pPr>
        <w:pStyle w:val="Ttulo1"/>
        <w:numPr>
          <w:ilvl w:val="0"/>
          <w:numId w:val="10"/>
        </w:numPr>
        <w:spacing w:before="0"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QUEM PODE PARTICIPAR</w:t>
      </w:r>
    </w:p>
    <w:p w14:paraId="3634F32A" w14:textId="17ACCE66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Poderão participar colaboradores ativos das empresas </w:t>
      </w:r>
      <w:r w:rsidR="00F16A23" w:rsidRPr="00AF353A">
        <w:rPr>
          <w:color w:val="auto"/>
          <w:sz w:val="24"/>
          <w:szCs w:val="24"/>
        </w:rPr>
        <w:t>do Grupo AB</w:t>
      </w:r>
      <w:r w:rsidRPr="00AF353A">
        <w:rPr>
          <w:color w:val="auto"/>
          <w:sz w:val="24"/>
          <w:szCs w:val="24"/>
        </w:rPr>
        <w:t>. A inscrição deverá ser realizada exclusivamente em nome do colaborador, que será o responsável pelo envio e, se for o caso, pelo recebimento da premiação.</w:t>
      </w:r>
    </w:p>
    <w:p w14:paraId="370137DE" w14:textId="77777777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colaborador poderá participar sozinho ou com familiares, amigos e outros terceiros. A participação de terceiros não lhes confere a condição de concorrente, empregado, beneficiário ou titular da premiação.</w:t>
      </w:r>
      <w:r w:rsidR="00F16A23" w:rsidRPr="00AF353A">
        <w:rPr>
          <w:color w:val="auto"/>
          <w:sz w:val="24"/>
          <w:szCs w:val="24"/>
        </w:rPr>
        <w:t xml:space="preserve"> </w:t>
      </w:r>
    </w:p>
    <w:p w14:paraId="3BC32504" w14:textId="473C34A4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Cada colaborador poderá inscrever </w:t>
      </w:r>
      <w:r w:rsidR="003356DF" w:rsidRPr="00AF353A">
        <w:rPr>
          <w:color w:val="auto"/>
          <w:sz w:val="24"/>
          <w:szCs w:val="24"/>
        </w:rPr>
        <w:t>quantos vídeos e receitas quiser</w:t>
      </w:r>
      <w:r w:rsidRPr="00AF353A">
        <w:rPr>
          <w:color w:val="auto"/>
          <w:sz w:val="24"/>
          <w:szCs w:val="24"/>
        </w:rPr>
        <w:t>, desde que correspondam a receitas distintas.</w:t>
      </w:r>
    </w:p>
    <w:p w14:paraId="18A118F1" w14:textId="1503543B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colaborador deverá informar o nome de todas as pessoas identificáveis que apareçam ou sejam ouvidas no vídeo e providenciar as autorizações exigidas neste regulamento.</w:t>
      </w:r>
    </w:p>
    <w:p w14:paraId="173D8F11" w14:textId="77777777" w:rsidR="00F16A23" w:rsidRPr="00AF353A" w:rsidRDefault="00F16A23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7746837B" w14:textId="6632849E" w:rsidR="00A8368D" w:rsidRPr="00AF353A" w:rsidRDefault="00681E13" w:rsidP="008D0843">
      <w:pPr>
        <w:pStyle w:val="Ttulo1"/>
        <w:numPr>
          <w:ilvl w:val="0"/>
          <w:numId w:val="10"/>
        </w:numPr>
        <w:spacing w:before="0"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PARTICIPAÇÃO DE TERCEIROS ADULTOS</w:t>
      </w:r>
    </w:p>
    <w:p w14:paraId="2A848E46" w14:textId="77777777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Toda pessoa maior de 18 anos que apareça de forma identificável ou tenha sua voz reconhecível no vídeo deverá assinar termo específico de autorização de imagem e voz.</w:t>
      </w:r>
    </w:p>
    <w:p w14:paraId="0612CBAA" w14:textId="77777777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lastRenderedPageBreak/>
        <w:t>A autorização para avaliação do vídeo e divulgação interna será independente da autorização para divulgação pública. A recusa à divulgação pública não impedirá a avaliação, classificação ou premiação do vídeo.</w:t>
      </w:r>
    </w:p>
    <w:p w14:paraId="165131BC" w14:textId="47B4F4EF" w:rsidR="00A8368D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A organização poderá </w:t>
      </w:r>
      <w:r w:rsidR="00F16A23" w:rsidRPr="00AF353A">
        <w:rPr>
          <w:color w:val="auto"/>
          <w:sz w:val="24"/>
          <w:szCs w:val="24"/>
        </w:rPr>
        <w:t xml:space="preserve">a seu exclusivo critério </w:t>
      </w:r>
      <w:r w:rsidRPr="00AF353A">
        <w:rPr>
          <w:color w:val="auto"/>
          <w:sz w:val="24"/>
          <w:szCs w:val="24"/>
        </w:rPr>
        <w:t>recusar ou solicitar a edição de vídeos que contenham terceiros sem autorização válida.</w:t>
      </w:r>
    </w:p>
    <w:p w14:paraId="10BA0949" w14:textId="77777777" w:rsidR="0040316F" w:rsidRPr="00AF353A" w:rsidRDefault="0040316F" w:rsidP="0040316F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43EDBD1B" w14:textId="58875281" w:rsidR="00A8368D" w:rsidRPr="00AF353A" w:rsidRDefault="00681E13" w:rsidP="008D0843">
      <w:pPr>
        <w:pStyle w:val="Ttulo1"/>
        <w:numPr>
          <w:ilvl w:val="0"/>
          <w:numId w:val="10"/>
        </w:numPr>
        <w:spacing w:before="0"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PARTICIPAÇÃO DE CRIANÇAS E ADOLESCENTES</w:t>
      </w:r>
    </w:p>
    <w:p w14:paraId="776F3DA4" w14:textId="77777777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 participação de pessoa com menos de 18 anos será admitida apenas de forma acessória, na presença e sob supervisão direta de adulto, mediante autorização específica, destacada e escrita de pelo menos um dos pais ou do responsável legal.</w:t>
      </w:r>
    </w:p>
    <w:p w14:paraId="725D27B7" w14:textId="77777777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 participação deverá ser espontânea, compatível com a idade e orientada pelo melhor interesse da criança ou do adolescente. Sua recusa, desconforto ou pedido de interrupção deverá ser imediatamente respeitado, mesmo que exista autorização do responsável.</w:t>
      </w:r>
    </w:p>
    <w:p w14:paraId="2A8AFCC4" w14:textId="77777777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menor não poderá conduzir sozinho o preparo, fazer apelo direto à compra, recomendar o consumo do produto como porta-voz da marca ou ser induzido a repetir mensagem promocional.</w:t>
      </w:r>
    </w:p>
    <w:p w14:paraId="2631A717" w14:textId="77777777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Facas, equipamentos cortantes, fogão, forno, líquidos quentes, eletrodomésticos ou outras etapas de risco deverão ser manipulados por adulto.</w:t>
      </w:r>
    </w:p>
    <w:p w14:paraId="282E7DAE" w14:textId="77777777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 presença de criança ou adolescente não gerará pontuação adicional. A organização poderá solicitar cortes, desfoque, substituição do vídeo ou deixar de publicá-lo quando entender que a divulgação não atende à segurança, dignidade, privacidade ou melhor interesse do menor.</w:t>
      </w:r>
    </w:p>
    <w:p w14:paraId="44F36941" w14:textId="3A5D4BB7" w:rsidR="00A8368D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Sempre que o grau de compreensão permitir, a criança ou o adolescente deverá receber explicação simples sobre a gravação e a divulgação, sendo colhido seu assentimento. Para adolescentes, recomenda-se assinatura conjunta no termo.</w:t>
      </w:r>
    </w:p>
    <w:p w14:paraId="51BF3E4E" w14:textId="302C2CB7" w:rsidR="009E66C6" w:rsidRPr="00AF353A" w:rsidRDefault="009E66C6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9E66C6">
        <w:rPr>
          <w:color w:val="auto"/>
          <w:sz w:val="24"/>
          <w:szCs w:val="24"/>
        </w:rPr>
        <w:t>Sem autorização externa do responsável, o menor não poderá aparecer ou ser identificado no vídeo. A empresa poderá recusar a publicação mesmo autorizada quando não atender ao melhor interesse, à segurança, à dignidade ou à privacidade do menor.</w:t>
      </w:r>
      <w:r>
        <w:rPr>
          <w:color w:val="auto"/>
          <w:sz w:val="24"/>
          <w:szCs w:val="24"/>
        </w:rPr>
        <w:t xml:space="preserve"> </w:t>
      </w:r>
    </w:p>
    <w:p w14:paraId="1A365133" w14:textId="77777777" w:rsidR="00F16A23" w:rsidRPr="00AF353A" w:rsidRDefault="00F16A23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4919B4E2" w14:textId="022AB23B" w:rsidR="00A8368D" w:rsidRPr="00AF353A" w:rsidRDefault="00681E13" w:rsidP="008D0843">
      <w:pPr>
        <w:pStyle w:val="Ttulo1"/>
        <w:numPr>
          <w:ilvl w:val="0"/>
          <w:numId w:val="10"/>
        </w:numPr>
        <w:spacing w:before="0"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ESCOLHA E PREPARO DA RECEITA</w:t>
      </w:r>
    </w:p>
    <w:p w14:paraId="6366F2D1" w14:textId="2FB68026" w:rsidR="00F16A23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 receita é de livre escolha, doce ou salgada, e deverá utilizar farinha de trigo de uma das marcas elegíveis</w:t>
      </w:r>
      <w:r w:rsidR="000D0EF1">
        <w:rPr>
          <w:color w:val="auto"/>
          <w:sz w:val="24"/>
          <w:szCs w:val="24"/>
        </w:rPr>
        <w:t xml:space="preserve"> como principal </w:t>
      </w:r>
      <w:r w:rsidR="00B93E4D">
        <w:rPr>
          <w:color w:val="auto"/>
          <w:sz w:val="24"/>
          <w:szCs w:val="24"/>
        </w:rPr>
        <w:t>ingrediente</w:t>
      </w:r>
      <w:r w:rsidRPr="00AF353A">
        <w:rPr>
          <w:color w:val="auto"/>
          <w:sz w:val="24"/>
          <w:szCs w:val="24"/>
        </w:rPr>
        <w:t>.</w:t>
      </w:r>
      <w:r w:rsidR="00B93E4D">
        <w:t xml:space="preserve"> </w:t>
      </w:r>
      <w:r w:rsidR="00B93E4D" w:rsidRPr="00B93E4D">
        <w:rPr>
          <w:color w:val="auto"/>
          <w:sz w:val="24"/>
          <w:szCs w:val="24"/>
        </w:rPr>
        <w:t>A farinha deverá exercer função essencial na estrutura, massa, textura ou identidade da preparação.</w:t>
      </w:r>
    </w:p>
    <w:p w14:paraId="3F1AF116" w14:textId="7F316B33" w:rsidR="009922BF" w:rsidRDefault="009922BF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9922BF">
        <w:rPr>
          <w:color w:val="auto"/>
          <w:sz w:val="24"/>
          <w:szCs w:val="24"/>
        </w:rPr>
        <w:t>Não serão aceitas receitas nas quais a farinha seja apenas acessória, incidental ou residual, por exemplo: somente para engrossar molho, empanar, polvilhar, untar, finalizar ou mediante a adição de pequena quantidade a preparação cuja natureza principal não dependa de farinha.</w:t>
      </w:r>
      <w:r>
        <w:rPr>
          <w:color w:val="auto"/>
          <w:sz w:val="24"/>
          <w:szCs w:val="24"/>
        </w:rPr>
        <w:t xml:space="preserve"> </w:t>
      </w:r>
    </w:p>
    <w:p w14:paraId="5222A8E3" w14:textId="25EAFC74" w:rsidR="00D75CCC" w:rsidRPr="00AF353A" w:rsidRDefault="00D75CCC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D75CCC">
        <w:rPr>
          <w:color w:val="auto"/>
          <w:sz w:val="24"/>
          <w:szCs w:val="24"/>
        </w:rPr>
        <w:t>A organização avaliará a função efetiva da farinha na receita e poderá inabilitar preparação que não cumpra este requisito.</w:t>
      </w:r>
      <w:r>
        <w:rPr>
          <w:color w:val="auto"/>
          <w:sz w:val="24"/>
          <w:szCs w:val="24"/>
        </w:rPr>
        <w:t xml:space="preserve"> </w:t>
      </w:r>
    </w:p>
    <w:p w14:paraId="0439A068" w14:textId="77777777" w:rsidR="00F16A23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preparo deverá observar boas práticas de higiene e segurança, incluindo mãos e utensílios limpos, bancada organizada e cuidados com calor, lâminas e equipamentos.</w:t>
      </w:r>
    </w:p>
    <w:p w14:paraId="5568E563" w14:textId="1360D0DE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Em receitas demoradas, o participante poderá utilizar cortes ou aceleração, desde que as principais etapas permaneçam compreensíveis.</w:t>
      </w:r>
    </w:p>
    <w:p w14:paraId="232824EE" w14:textId="77777777" w:rsidR="003356DF" w:rsidRPr="00AF353A" w:rsidRDefault="003356DF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3434DD22" w14:textId="77B29E81" w:rsidR="00A8368D" w:rsidRPr="00AF353A" w:rsidRDefault="00681E13" w:rsidP="008D0843">
      <w:pPr>
        <w:pStyle w:val="Ttulo1"/>
        <w:numPr>
          <w:ilvl w:val="0"/>
          <w:numId w:val="10"/>
        </w:numPr>
        <w:spacing w:before="0"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CONTEÚDO OBRIGATÓRIO DO VÍDEO</w:t>
      </w:r>
    </w:p>
    <w:p w14:paraId="185B87C9" w14:textId="77777777" w:rsidR="003356DF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vídeo deverá apresentar: (i) ingredientes e respectivas quantidades; (</w:t>
      </w:r>
      <w:proofErr w:type="spellStart"/>
      <w:r w:rsidRPr="00AF353A">
        <w:rPr>
          <w:color w:val="auto"/>
          <w:sz w:val="24"/>
          <w:szCs w:val="24"/>
        </w:rPr>
        <w:t>ii</w:t>
      </w:r>
      <w:proofErr w:type="spellEnd"/>
      <w:r w:rsidRPr="00AF353A">
        <w:rPr>
          <w:color w:val="auto"/>
          <w:sz w:val="24"/>
          <w:szCs w:val="24"/>
        </w:rPr>
        <w:t>) principais etapas do preparo; (</w:t>
      </w:r>
      <w:proofErr w:type="spellStart"/>
      <w:r w:rsidRPr="00AF353A">
        <w:rPr>
          <w:color w:val="auto"/>
          <w:sz w:val="24"/>
          <w:szCs w:val="24"/>
        </w:rPr>
        <w:t>iii</w:t>
      </w:r>
      <w:proofErr w:type="spellEnd"/>
      <w:r w:rsidRPr="00AF353A">
        <w:rPr>
          <w:color w:val="auto"/>
          <w:sz w:val="24"/>
          <w:szCs w:val="24"/>
        </w:rPr>
        <w:t>) embalagem da farinha utilizada, com a marca visível de forma natural; e (</w:t>
      </w:r>
      <w:proofErr w:type="spellStart"/>
      <w:r w:rsidRPr="00AF353A">
        <w:rPr>
          <w:color w:val="auto"/>
          <w:sz w:val="24"/>
          <w:szCs w:val="24"/>
        </w:rPr>
        <w:t>iv</w:t>
      </w:r>
      <w:proofErr w:type="spellEnd"/>
      <w:r w:rsidRPr="00AF353A">
        <w:rPr>
          <w:color w:val="auto"/>
          <w:sz w:val="24"/>
          <w:szCs w:val="24"/>
        </w:rPr>
        <w:t xml:space="preserve">) </w:t>
      </w:r>
      <w:proofErr w:type="gramStart"/>
      <w:r w:rsidRPr="00AF353A">
        <w:rPr>
          <w:color w:val="auto"/>
          <w:sz w:val="24"/>
          <w:szCs w:val="24"/>
        </w:rPr>
        <w:t>resultado final</w:t>
      </w:r>
      <w:proofErr w:type="gramEnd"/>
      <w:r w:rsidRPr="00AF353A">
        <w:rPr>
          <w:color w:val="auto"/>
          <w:sz w:val="24"/>
          <w:szCs w:val="24"/>
        </w:rPr>
        <w:t xml:space="preserve"> da receita.</w:t>
      </w:r>
    </w:p>
    <w:p w14:paraId="324AB0C0" w14:textId="77777777" w:rsidR="003356DF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 embalagem não precisa permanecer visível durante toda a gravação, mas deve aparecer de modo claro e suficiente para identificação da marca e do tipo de farinha.</w:t>
      </w:r>
    </w:p>
    <w:p w14:paraId="7B0535AF" w14:textId="7957A465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 receita completa deverá ser enviada também por escrito, com nome, ingredientes, quantidades, marca e tipo da farinha e modo de preparo.</w:t>
      </w:r>
    </w:p>
    <w:p w14:paraId="26A2D619" w14:textId="77777777" w:rsidR="003356DF" w:rsidRPr="00AF353A" w:rsidRDefault="003356DF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11E97FCD" w14:textId="4F3100DA" w:rsidR="00A8368D" w:rsidRPr="00AF353A" w:rsidRDefault="00681E13" w:rsidP="008D0843">
      <w:pPr>
        <w:pStyle w:val="Ttulo1"/>
        <w:numPr>
          <w:ilvl w:val="0"/>
          <w:numId w:val="10"/>
        </w:numPr>
        <w:spacing w:before="0"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FORMATO TÉCNICO</w:t>
      </w:r>
    </w:p>
    <w:p w14:paraId="20000E6D" w14:textId="3DC201CA" w:rsidR="003356DF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O vídeo deverá ser gravado na </w:t>
      </w:r>
      <w:r w:rsidR="00D269DF">
        <w:rPr>
          <w:color w:val="auto"/>
          <w:sz w:val="24"/>
          <w:szCs w:val="24"/>
        </w:rPr>
        <w:t>vertical</w:t>
      </w:r>
      <w:r w:rsidRPr="00AF353A">
        <w:rPr>
          <w:color w:val="auto"/>
          <w:sz w:val="24"/>
          <w:szCs w:val="24"/>
        </w:rPr>
        <w:t xml:space="preserve">, em proporção </w:t>
      </w:r>
      <w:r w:rsidR="00D269DF">
        <w:rPr>
          <w:color w:val="auto"/>
          <w:sz w:val="24"/>
          <w:szCs w:val="24"/>
        </w:rPr>
        <w:t>9:16</w:t>
      </w:r>
      <w:r w:rsidRPr="00AF353A">
        <w:rPr>
          <w:color w:val="auto"/>
          <w:sz w:val="24"/>
          <w:szCs w:val="24"/>
        </w:rPr>
        <w:t>, ter duração máxima de 3 minutos</w:t>
      </w:r>
      <w:r w:rsidR="00B2286E" w:rsidRPr="00AF353A">
        <w:rPr>
          <w:color w:val="auto"/>
          <w:sz w:val="24"/>
          <w:szCs w:val="24"/>
        </w:rPr>
        <w:t>, sugerido tempo ideal de 1 minuto,</w:t>
      </w:r>
      <w:r w:rsidRPr="00AF353A">
        <w:rPr>
          <w:color w:val="auto"/>
          <w:sz w:val="24"/>
          <w:szCs w:val="24"/>
        </w:rPr>
        <w:t xml:space="preserve"> e ser enviado em formato MP4.</w:t>
      </w:r>
    </w:p>
    <w:p w14:paraId="54349850" w14:textId="77777777" w:rsidR="003356DF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Recomenda-se ambiente bem iluminado, imagem nítida e áudio compreensível. O uso de equipamento profissional não é necessário.</w:t>
      </w:r>
    </w:p>
    <w:p w14:paraId="5101CA3C" w14:textId="2594C3E9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arquivo poderá ser enviado diretamente ou por link do OneDrive</w:t>
      </w:r>
      <w:r w:rsidR="00B2286E" w:rsidRPr="00AF353A">
        <w:rPr>
          <w:color w:val="auto"/>
          <w:sz w:val="24"/>
          <w:szCs w:val="24"/>
        </w:rPr>
        <w:t xml:space="preserve"> </w:t>
      </w:r>
      <w:r w:rsidRPr="00AF353A">
        <w:rPr>
          <w:color w:val="auto"/>
          <w:sz w:val="24"/>
          <w:szCs w:val="24"/>
        </w:rPr>
        <w:t>ou serviço equivalente, com permissão de acesso válida durante o período de avaliação.</w:t>
      </w:r>
    </w:p>
    <w:p w14:paraId="1E43718C" w14:textId="77777777" w:rsidR="003356DF" w:rsidRPr="00AF353A" w:rsidRDefault="003356DF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4CB8391C" w14:textId="37324FE2" w:rsidR="00A8368D" w:rsidRPr="00AF353A" w:rsidRDefault="00681E13" w:rsidP="008D0843">
      <w:pPr>
        <w:pStyle w:val="Ttulo1"/>
        <w:numPr>
          <w:ilvl w:val="0"/>
          <w:numId w:val="10"/>
        </w:numPr>
        <w:spacing w:before="0"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CONTEÚDOS VEDADOS</w:t>
      </w:r>
    </w:p>
    <w:p w14:paraId="569F2BCA" w14:textId="5DB82161" w:rsidR="003356DF" w:rsidRPr="00AF353A" w:rsidRDefault="003356DF" w:rsidP="008D0843">
      <w:pPr>
        <w:pStyle w:val="Commarcadores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São expressamente vedados e poderá acarretar a remoção da receita e do vídeo a utilização de: </w:t>
      </w:r>
    </w:p>
    <w:p w14:paraId="5273D4CB" w14:textId="202F6E17" w:rsidR="00A8368D" w:rsidRPr="00AF353A" w:rsidRDefault="00681E13" w:rsidP="008D0843">
      <w:pPr>
        <w:pStyle w:val="Commarcadores"/>
        <w:spacing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Músicas, imagens, vídeos, personagens ou obras de terceiros sem licença adequada;</w:t>
      </w:r>
    </w:p>
    <w:p w14:paraId="40B73F9F" w14:textId="7BE577FA" w:rsidR="00A8368D" w:rsidRPr="00AF353A" w:rsidRDefault="00681E13" w:rsidP="008D0843">
      <w:pPr>
        <w:pStyle w:val="Commarcadores"/>
        <w:spacing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Marcas concorrentes ou outras marcas exibidas de modo destacado ou promocional;</w:t>
      </w:r>
    </w:p>
    <w:p w14:paraId="5110825D" w14:textId="77777777" w:rsidR="00A8368D" w:rsidRPr="00AF353A" w:rsidRDefault="00681E13" w:rsidP="008D0843">
      <w:pPr>
        <w:pStyle w:val="Commarcadores"/>
        <w:spacing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Conteúdo discriminatório, ofensivo, ilegal, perigoso, constrangedor ou incompatível com os valores da empresa;</w:t>
      </w:r>
    </w:p>
    <w:p w14:paraId="01660E31" w14:textId="77777777" w:rsidR="00A8368D" w:rsidRPr="00AF353A" w:rsidRDefault="00681E13" w:rsidP="008D0843">
      <w:pPr>
        <w:pStyle w:val="Commarcadores"/>
        <w:spacing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Pessoas identificáveis sem a autorização exigida;</w:t>
      </w:r>
    </w:p>
    <w:p w14:paraId="433B3090" w14:textId="77777777" w:rsidR="00A8368D" w:rsidRPr="00AF353A" w:rsidRDefault="00681E13" w:rsidP="008D0843">
      <w:pPr>
        <w:pStyle w:val="Commarcadores"/>
        <w:spacing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Dados desnecessários, como documentos, endereço, telefone, placas, localização em tempo real, escola, uniforme escolar ou rotina de menores;</w:t>
      </w:r>
    </w:p>
    <w:p w14:paraId="50C2D815" w14:textId="77777777" w:rsidR="00A8368D" w:rsidRPr="00AF353A" w:rsidRDefault="00681E13" w:rsidP="008D0843">
      <w:pPr>
        <w:pStyle w:val="Commarcadores"/>
        <w:spacing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Crianças ou adolescentes manipulando objetos ou equipamentos perigosos, fazendo apelo de compra ou em situação inadequada à idade;</w:t>
      </w:r>
    </w:p>
    <w:p w14:paraId="5DE885C7" w14:textId="77777777" w:rsidR="00A8368D" w:rsidRPr="00AF353A" w:rsidRDefault="00681E13" w:rsidP="008D0843">
      <w:pPr>
        <w:pStyle w:val="Commarcadores"/>
        <w:spacing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Edições, filtros ou legendas que ridicularizem, constranjam ou deturpem qualquer participante;</w:t>
      </w:r>
    </w:p>
    <w:p w14:paraId="3C610F91" w14:textId="77777777" w:rsidR="00A8368D" w:rsidRPr="00AF353A" w:rsidRDefault="00681E13" w:rsidP="008D0843">
      <w:pPr>
        <w:pStyle w:val="Commarcadores"/>
        <w:spacing w:after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Animais sobre bancadas, próximos a ingredientes ou em condição que comprometa a higiene do preparo.</w:t>
      </w:r>
    </w:p>
    <w:p w14:paraId="575D5037" w14:textId="77777777" w:rsidR="000352E8" w:rsidRPr="00AF353A" w:rsidRDefault="000352E8" w:rsidP="008D0843">
      <w:pPr>
        <w:pStyle w:val="Commarcadores"/>
        <w:numPr>
          <w:ilvl w:val="0"/>
          <w:numId w:val="0"/>
        </w:numPr>
        <w:spacing w:after="0"/>
        <w:jc w:val="both"/>
        <w:rPr>
          <w:color w:val="auto"/>
          <w:sz w:val="24"/>
          <w:szCs w:val="24"/>
        </w:rPr>
      </w:pPr>
    </w:p>
    <w:p w14:paraId="729EF335" w14:textId="4921262D" w:rsidR="00A8368D" w:rsidRPr="00AF353A" w:rsidRDefault="00681E13" w:rsidP="008D0843">
      <w:pPr>
        <w:pStyle w:val="Ttulo1"/>
        <w:numPr>
          <w:ilvl w:val="0"/>
          <w:numId w:val="10"/>
        </w:numPr>
        <w:tabs>
          <w:tab w:val="left" w:pos="426"/>
        </w:tabs>
        <w:spacing w:before="0"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INSCRIÇÃO E DOCUMENTAÇÃO</w:t>
      </w:r>
    </w:p>
    <w:p w14:paraId="52C2AFEA" w14:textId="1816EA09" w:rsidR="00921F7B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A inscrição deverá ser enviada para Vanda, pelo WhatsApp </w:t>
      </w:r>
      <w:r w:rsidR="00B2286E" w:rsidRPr="00AF353A">
        <w:rPr>
          <w:color w:val="auto"/>
          <w:sz w:val="24"/>
          <w:szCs w:val="24"/>
        </w:rPr>
        <w:t>(11) 97580-4152</w:t>
      </w:r>
      <w:r w:rsidRPr="00AF353A">
        <w:rPr>
          <w:color w:val="auto"/>
          <w:sz w:val="24"/>
          <w:szCs w:val="24"/>
        </w:rPr>
        <w:t xml:space="preserve"> ou pelo e-mail vanda.cristina@belarina.com.br, até o prazo indicado neste regulamento.</w:t>
      </w:r>
    </w:p>
    <w:p w14:paraId="78B7AA8C" w14:textId="77777777" w:rsidR="00921F7B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envio deverá conter: nome completo do colaborador; empresa/unidade; vídeo; receita escrita; nome completo das pessoas identificáveis; e termos de autorização aplicáveis.</w:t>
      </w:r>
    </w:p>
    <w:p w14:paraId="46B4945F" w14:textId="77777777" w:rsidR="00921F7B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lastRenderedPageBreak/>
        <w:t>A inscrição somente será considerada completa após o recebimento de toda a documentação. A organização poderá solicitar complementação, correção ou comprovação dos poderes do responsável legal.</w:t>
      </w:r>
    </w:p>
    <w:p w14:paraId="2CB1FA5C" w14:textId="447E9205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Os documentos de identificação eventualmente solicitados serão utilizados apenas para conferir identidade, idade ou representação e serão mantidos pelo período necessário ao concurso, ao cumprimento de obrigações legais e à defesa de direitos.</w:t>
      </w:r>
    </w:p>
    <w:p w14:paraId="3E5A230F" w14:textId="77777777" w:rsidR="000352E8" w:rsidRPr="00AF353A" w:rsidRDefault="000352E8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42DE56C4" w14:textId="22F98052" w:rsidR="00A8368D" w:rsidRPr="00AF353A" w:rsidRDefault="00681E13" w:rsidP="008D0843">
      <w:pPr>
        <w:pStyle w:val="Ttulo1"/>
        <w:numPr>
          <w:ilvl w:val="0"/>
          <w:numId w:val="10"/>
        </w:numPr>
        <w:tabs>
          <w:tab w:val="left" w:pos="426"/>
        </w:tabs>
        <w:spacing w:before="0"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CRITÉRIOS DE AVALIAÇÃO</w:t>
      </w:r>
    </w:p>
    <w:p w14:paraId="6730EB98" w14:textId="64E08340" w:rsidR="00B2286E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Os vídeos habilitados serão avaliados por comissão composta por pelo menos </w:t>
      </w:r>
      <w:r w:rsidR="000352E8" w:rsidRPr="00AF353A">
        <w:rPr>
          <w:color w:val="auto"/>
          <w:sz w:val="24"/>
          <w:szCs w:val="24"/>
        </w:rPr>
        <w:t>2</w:t>
      </w:r>
      <w:r w:rsidRPr="00AF353A">
        <w:rPr>
          <w:color w:val="auto"/>
          <w:sz w:val="24"/>
          <w:szCs w:val="24"/>
        </w:rPr>
        <w:t xml:space="preserve"> (</w:t>
      </w:r>
      <w:r w:rsidR="000352E8" w:rsidRPr="00AF353A">
        <w:rPr>
          <w:color w:val="auto"/>
          <w:sz w:val="24"/>
          <w:szCs w:val="24"/>
        </w:rPr>
        <w:t>dois</w:t>
      </w:r>
      <w:r w:rsidRPr="00AF353A">
        <w:rPr>
          <w:color w:val="auto"/>
          <w:sz w:val="24"/>
          <w:szCs w:val="24"/>
        </w:rPr>
        <w:t>) integrantes</w:t>
      </w:r>
      <w:r w:rsidR="000352E8" w:rsidRPr="00AF353A">
        <w:rPr>
          <w:color w:val="auto"/>
          <w:sz w:val="24"/>
          <w:szCs w:val="24"/>
        </w:rPr>
        <w:t>, Vanda Cristina Wochner e Fábio Oliveira dos Santos</w:t>
      </w:r>
      <w:r w:rsidRPr="00AF353A">
        <w:rPr>
          <w:color w:val="auto"/>
          <w:sz w:val="24"/>
          <w:szCs w:val="24"/>
        </w:rPr>
        <w:t>, que atribuirão notas de 0 a 10 em cada critério.</w:t>
      </w:r>
    </w:p>
    <w:p w14:paraId="0D1BBBFC" w14:textId="51027AE1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Integrante da comissão que tenha relação familiar direta com participante ou envolvimento relevante na produção de determinado vídeo deverá declarar seu impedimento quanto àquela avaliação.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419"/>
        <w:gridCol w:w="5344"/>
      </w:tblGrid>
      <w:tr w:rsidR="00B82980" w:rsidRPr="00AF353A" w14:paraId="14A46CED" w14:textId="77777777" w:rsidTr="00B82980">
        <w:trPr>
          <w:jc w:val="center"/>
        </w:trPr>
        <w:tc>
          <w:tcPr>
            <w:tcW w:w="4419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075B61" w14:textId="77777777" w:rsidR="00B82980" w:rsidRPr="00AF353A" w:rsidRDefault="00B82980" w:rsidP="008D0843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Critério</w:t>
            </w:r>
          </w:p>
        </w:tc>
        <w:tc>
          <w:tcPr>
            <w:tcW w:w="534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499837" w14:textId="77777777" w:rsidR="00B82980" w:rsidRPr="00AF353A" w:rsidRDefault="00B82980" w:rsidP="008D0843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Descrição</w:t>
            </w:r>
          </w:p>
        </w:tc>
      </w:tr>
      <w:tr w:rsidR="00B82980" w:rsidRPr="00AF353A" w14:paraId="255591D3" w14:textId="77777777" w:rsidTr="00B82980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38D34" w14:textId="77777777" w:rsidR="00B82980" w:rsidRPr="00AF353A" w:rsidRDefault="00B82980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Criatividade</w:t>
            </w:r>
          </w:p>
        </w:tc>
        <w:tc>
          <w:tcPr>
            <w:tcW w:w="53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7CB3D8" w14:textId="77777777" w:rsidR="00B82980" w:rsidRPr="00AF353A" w:rsidRDefault="00B82980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color w:val="auto"/>
                <w:sz w:val="24"/>
                <w:szCs w:val="24"/>
              </w:rPr>
              <w:t>Toque pessoal na receita e na apresentação.</w:t>
            </w:r>
          </w:p>
        </w:tc>
      </w:tr>
      <w:tr w:rsidR="00B82980" w:rsidRPr="00AF353A" w14:paraId="46E64F73" w14:textId="77777777" w:rsidTr="00B82980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C7FF34" w14:textId="77777777" w:rsidR="00B82980" w:rsidRPr="00AF353A" w:rsidRDefault="00B82980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Clareza</w:t>
            </w:r>
          </w:p>
        </w:tc>
        <w:tc>
          <w:tcPr>
            <w:tcW w:w="53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964688" w14:textId="77777777" w:rsidR="00B82980" w:rsidRPr="00AF353A" w:rsidRDefault="00B82980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color w:val="auto"/>
                <w:sz w:val="24"/>
                <w:szCs w:val="24"/>
              </w:rPr>
              <w:t>Ingredientes e etapas fáceis de compreender.</w:t>
            </w:r>
          </w:p>
        </w:tc>
      </w:tr>
      <w:tr w:rsidR="00B82980" w:rsidRPr="00AF353A" w14:paraId="7CA2F708" w14:textId="77777777" w:rsidTr="00B82980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82B703" w14:textId="77777777" w:rsidR="00B82980" w:rsidRPr="00AF353A" w:rsidRDefault="00B82980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Apresentação final</w:t>
            </w:r>
          </w:p>
        </w:tc>
        <w:tc>
          <w:tcPr>
            <w:tcW w:w="53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B3A577" w14:textId="77777777" w:rsidR="00B82980" w:rsidRPr="00AF353A" w:rsidRDefault="00B82980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color w:val="auto"/>
                <w:sz w:val="24"/>
                <w:szCs w:val="24"/>
              </w:rPr>
              <w:t>Cuidado visual e valorização do resultado.</w:t>
            </w:r>
          </w:p>
        </w:tc>
      </w:tr>
      <w:tr w:rsidR="00B82980" w:rsidRPr="00AF353A" w14:paraId="722FA770" w14:textId="77777777" w:rsidTr="00B82980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EBF5FB" w14:textId="77777777" w:rsidR="00B82980" w:rsidRPr="00AF353A" w:rsidRDefault="00B82980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Cumprimento das regras</w:t>
            </w:r>
          </w:p>
        </w:tc>
        <w:tc>
          <w:tcPr>
            <w:tcW w:w="53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484C45" w14:textId="77777777" w:rsidR="00B82980" w:rsidRPr="00AF353A" w:rsidRDefault="00B82980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color w:val="auto"/>
                <w:sz w:val="24"/>
                <w:szCs w:val="24"/>
              </w:rPr>
              <w:t>Farinha elegível, documentação, formato e receita escrita.</w:t>
            </w:r>
          </w:p>
        </w:tc>
      </w:tr>
    </w:tbl>
    <w:p w14:paraId="50A4F4D7" w14:textId="77777777" w:rsidR="00FD09D5" w:rsidRPr="00AF353A" w:rsidRDefault="00FD09D5" w:rsidP="008D0843">
      <w:pPr>
        <w:pStyle w:val="Ttulo1"/>
        <w:spacing w:before="0" w:after="0"/>
        <w:jc w:val="both"/>
        <w:rPr>
          <w:color w:val="auto"/>
          <w:sz w:val="24"/>
          <w:szCs w:val="24"/>
        </w:rPr>
      </w:pPr>
    </w:p>
    <w:p w14:paraId="293758C4" w14:textId="228CB15A" w:rsidR="00A8368D" w:rsidRPr="00AF353A" w:rsidRDefault="00681E13" w:rsidP="008D0843">
      <w:pPr>
        <w:pStyle w:val="Ttulo1"/>
        <w:numPr>
          <w:ilvl w:val="0"/>
          <w:numId w:val="10"/>
        </w:numPr>
        <w:tabs>
          <w:tab w:val="left" w:pos="426"/>
        </w:tabs>
        <w:spacing w:before="0"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CLASSIFICAÇÃO E DESEMPATE</w:t>
      </w:r>
    </w:p>
    <w:p w14:paraId="4B9CB4D6" w14:textId="0BF53DDF" w:rsidR="00FD09D5" w:rsidRPr="00AF353A" w:rsidRDefault="00B82980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Uma nota de 0 a 10 será atribuída por cada membro </w:t>
      </w:r>
      <w:r w:rsidR="00681E13" w:rsidRPr="00AF353A">
        <w:rPr>
          <w:color w:val="auto"/>
          <w:sz w:val="24"/>
          <w:szCs w:val="24"/>
        </w:rPr>
        <w:t>pela comissão</w:t>
      </w:r>
      <w:r>
        <w:rPr>
          <w:color w:val="auto"/>
          <w:sz w:val="24"/>
          <w:szCs w:val="24"/>
        </w:rPr>
        <w:t xml:space="preserve"> e a média será </w:t>
      </w:r>
      <w:r w:rsidR="00151759">
        <w:rPr>
          <w:color w:val="auto"/>
          <w:sz w:val="24"/>
          <w:szCs w:val="24"/>
        </w:rPr>
        <w:t>a nota final de cada vídeo</w:t>
      </w:r>
      <w:r w:rsidR="00681E13" w:rsidRPr="00AF353A">
        <w:rPr>
          <w:color w:val="auto"/>
          <w:sz w:val="24"/>
          <w:szCs w:val="24"/>
        </w:rPr>
        <w:t xml:space="preserve">. Em caso de empate, prevalecerá, sucessivamente, </w:t>
      </w:r>
      <w:r w:rsidR="00151759">
        <w:rPr>
          <w:color w:val="auto"/>
          <w:sz w:val="24"/>
          <w:szCs w:val="24"/>
        </w:rPr>
        <w:t>os critérios</w:t>
      </w:r>
      <w:r w:rsidR="00681E13" w:rsidRPr="00AF353A">
        <w:rPr>
          <w:color w:val="auto"/>
          <w:sz w:val="24"/>
          <w:szCs w:val="24"/>
        </w:rPr>
        <w:t>: (i) criatividade; (</w:t>
      </w:r>
      <w:proofErr w:type="spellStart"/>
      <w:r w:rsidR="00681E13" w:rsidRPr="00AF353A">
        <w:rPr>
          <w:color w:val="auto"/>
          <w:sz w:val="24"/>
          <w:szCs w:val="24"/>
        </w:rPr>
        <w:t>ii</w:t>
      </w:r>
      <w:proofErr w:type="spellEnd"/>
      <w:r w:rsidR="00681E13" w:rsidRPr="00AF353A">
        <w:rPr>
          <w:color w:val="auto"/>
          <w:sz w:val="24"/>
          <w:szCs w:val="24"/>
        </w:rPr>
        <w:t>) clareza; (</w:t>
      </w:r>
      <w:proofErr w:type="spellStart"/>
      <w:r w:rsidR="00681E13" w:rsidRPr="00AF353A">
        <w:rPr>
          <w:color w:val="auto"/>
          <w:sz w:val="24"/>
          <w:szCs w:val="24"/>
        </w:rPr>
        <w:t>iii</w:t>
      </w:r>
      <w:proofErr w:type="spellEnd"/>
      <w:r w:rsidR="00681E13" w:rsidRPr="00AF353A">
        <w:rPr>
          <w:color w:val="auto"/>
          <w:sz w:val="24"/>
          <w:szCs w:val="24"/>
        </w:rPr>
        <w:t>) apresentação final; e (</w:t>
      </w:r>
      <w:proofErr w:type="spellStart"/>
      <w:r w:rsidR="00681E13" w:rsidRPr="00AF353A">
        <w:rPr>
          <w:color w:val="auto"/>
          <w:sz w:val="24"/>
          <w:szCs w:val="24"/>
        </w:rPr>
        <w:t>iv</w:t>
      </w:r>
      <w:proofErr w:type="spellEnd"/>
      <w:r w:rsidR="00681E13" w:rsidRPr="00AF353A">
        <w:rPr>
          <w:color w:val="auto"/>
          <w:sz w:val="24"/>
          <w:szCs w:val="24"/>
        </w:rPr>
        <w:t>) cumprimento das regras.</w:t>
      </w:r>
    </w:p>
    <w:p w14:paraId="04D85544" w14:textId="77777777" w:rsidR="00FD09D5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Persistindo o empate, a comissão realizará nova avaliação exclusivamente entre os vídeos empatados.</w:t>
      </w:r>
    </w:p>
    <w:p w14:paraId="70159F8A" w14:textId="4310955E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As decisões da comissão serão finais no âmbito interno, ressalvada a correção de erro material ou irregularidade.</w:t>
      </w:r>
    </w:p>
    <w:p w14:paraId="5EE2498F" w14:textId="77777777" w:rsidR="00FD09D5" w:rsidRPr="00AF353A" w:rsidRDefault="00FD09D5" w:rsidP="008D0843">
      <w:pPr>
        <w:spacing w:after="0"/>
        <w:jc w:val="both"/>
        <w:rPr>
          <w:color w:val="auto"/>
          <w:sz w:val="24"/>
          <w:szCs w:val="24"/>
        </w:rPr>
      </w:pPr>
    </w:p>
    <w:p w14:paraId="08966C78" w14:textId="486FFFCE" w:rsidR="00A8368D" w:rsidRPr="00AF353A" w:rsidRDefault="00681E13" w:rsidP="008D0843">
      <w:pPr>
        <w:pStyle w:val="Ttulo1"/>
        <w:numPr>
          <w:ilvl w:val="0"/>
          <w:numId w:val="10"/>
        </w:numPr>
        <w:tabs>
          <w:tab w:val="left" w:pos="426"/>
        </w:tabs>
        <w:spacing w:before="0"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PREMIAÇÃO</w:t>
      </w:r>
    </w:p>
    <w:p w14:paraId="560F6983" w14:textId="13EE4176" w:rsidR="00FD09D5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Todos os colaboradores com inscrição válida e em conformidade com este regulamento </w:t>
      </w:r>
      <w:r w:rsidR="00FD09D5" w:rsidRPr="00AF353A">
        <w:rPr>
          <w:color w:val="auto"/>
          <w:sz w:val="24"/>
          <w:szCs w:val="24"/>
        </w:rPr>
        <w:t>receberão</w:t>
      </w:r>
      <w:r w:rsidRPr="00AF353A">
        <w:rPr>
          <w:color w:val="auto"/>
          <w:sz w:val="24"/>
          <w:szCs w:val="24"/>
        </w:rPr>
        <w:t xml:space="preserve"> prêmio de participação, em valor </w:t>
      </w:r>
      <w:r w:rsidR="00FD09D5" w:rsidRPr="00AF353A">
        <w:rPr>
          <w:color w:val="auto"/>
          <w:sz w:val="24"/>
          <w:szCs w:val="24"/>
        </w:rPr>
        <w:t>e</w:t>
      </w:r>
      <w:r w:rsidRPr="00AF353A">
        <w:rPr>
          <w:color w:val="auto"/>
          <w:sz w:val="24"/>
          <w:szCs w:val="24"/>
        </w:rPr>
        <w:t xml:space="preserve"> condição a ser comunicado pela organização.</w:t>
      </w:r>
    </w:p>
    <w:p w14:paraId="4A4E912A" w14:textId="159F9C38" w:rsidR="00FD09D5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Os 3 (três) vídeos mais bem classificados receberão premiação </w:t>
      </w:r>
      <w:r w:rsidR="00151759">
        <w:rPr>
          <w:color w:val="auto"/>
          <w:sz w:val="24"/>
          <w:szCs w:val="24"/>
        </w:rPr>
        <w:t xml:space="preserve">de R$ 500,00 cada pagos em Cartão Presente, Cartão Prêmio, </w:t>
      </w:r>
      <w:proofErr w:type="spellStart"/>
      <w:r w:rsidR="00151759">
        <w:rPr>
          <w:color w:val="auto"/>
          <w:sz w:val="24"/>
          <w:szCs w:val="24"/>
        </w:rPr>
        <w:t>Gift</w:t>
      </w:r>
      <w:proofErr w:type="spellEnd"/>
      <w:r w:rsidR="00151759">
        <w:rPr>
          <w:color w:val="auto"/>
          <w:sz w:val="24"/>
          <w:szCs w:val="24"/>
        </w:rPr>
        <w:t xml:space="preserve"> Card ou similar</w:t>
      </w:r>
      <w:r w:rsidRPr="00AF353A">
        <w:rPr>
          <w:color w:val="auto"/>
          <w:sz w:val="24"/>
          <w:szCs w:val="24"/>
        </w:rPr>
        <w:t>.</w:t>
      </w:r>
    </w:p>
    <w:p w14:paraId="48135D15" w14:textId="4AB01EF1" w:rsidR="00151759" w:rsidRPr="00151759" w:rsidRDefault="00151759" w:rsidP="00151759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 todos os demais participantes que enviarem pelo menos um vídeo, haverá uma gratificação de R$ 50,00, igualmente paga em Cartão Presente, Cartão Prêmio, </w:t>
      </w:r>
      <w:proofErr w:type="spellStart"/>
      <w:r>
        <w:rPr>
          <w:color w:val="auto"/>
          <w:sz w:val="24"/>
          <w:szCs w:val="24"/>
        </w:rPr>
        <w:t>Gift</w:t>
      </w:r>
      <w:proofErr w:type="spellEnd"/>
      <w:r>
        <w:rPr>
          <w:color w:val="auto"/>
          <w:sz w:val="24"/>
          <w:szCs w:val="24"/>
        </w:rPr>
        <w:t xml:space="preserve"> Card ou similar</w:t>
      </w:r>
      <w:r w:rsidRPr="00AF353A">
        <w:rPr>
          <w:color w:val="auto"/>
          <w:sz w:val="24"/>
          <w:szCs w:val="24"/>
        </w:rPr>
        <w:t>.</w:t>
      </w:r>
    </w:p>
    <w:p w14:paraId="01B718E3" w14:textId="3239AD97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lastRenderedPageBreak/>
        <w:t>A premiação possui caráter eventual, vinculado exclusivamente a esta ação, e será entregue ao</w:t>
      </w:r>
      <w:r w:rsidR="00FD09D5" w:rsidRPr="00AF353A">
        <w:rPr>
          <w:color w:val="auto"/>
          <w:sz w:val="24"/>
          <w:szCs w:val="24"/>
        </w:rPr>
        <w:t>s</w:t>
      </w:r>
      <w:r w:rsidRPr="00AF353A">
        <w:rPr>
          <w:color w:val="auto"/>
          <w:sz w:val="24"/>
          <w:szCs w:val="24"/>
        </w:rPr>
        <w:t xml:space="preserve"> colaborador</w:t>
      </w:r>
      <w:r w:rsidR="00FD09D5" w:rsidRPr="00AF353A">
        <w:rPr>
          <w:color w:val="auto"/>
          <w:sz w:val="24"/>
          <w:szCs w:val="24"/>
        </w:rPr>
        <w:t>es</w:t>
      </w:r>
      <w:r w:rsidRPr="00AF353A">
        <w:rPr>
          <w:color w:val="auto"/>
          <w:sz w:val="24"/>
          <w:szCs w:val="24"/>
        </w:rPr>
        <w:t xml:space="preserve"> inscrito</w:t>
      </w:r>
      <w:r w:rsidR="00FD09D5" w:rsidRPr="00AF353A">
        <w:rPr>
          <w:color w:val="auto"/>
          <w:sz w:val="24"/>
          <w:szCs w:val="24"/>
        </w:rPr>
        <w:t>s</w:t>
      </w:r>
      <w:r w:rsidRPr="00AF353A">
        <w:rPr>
          <w:color w:val="auto"/>
          <w:sz w:val="24"/>
          <w:szCs w:val="24"/>
        </w:rPr>
        <w:t>. Não haverá divisão com terceiros participantes.</w:t>
      </w:r>
    </w:p>
    <w:p w14:paraId="7AF08439" w14:textId="77777777" w:rsidR="00FD09D5" w:rsidRPr="00AF353A" w:rsidRDefault="00FD09D5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68426154" w14:textId="6D79FE4B" w:rsidR="00A8368D" w:rsidRPr="00AF353A" w:rsidRDefault="00681E13" w:rsidP="008D0843">
      <w:pPr>
        <w:pStyle w:val="Ttulo1"/>
        <w:numPr>
          <w:ilvl w:val="0"/>
          <w:numId w:val="10"/>
        </w:numPr>
        <w:tabs>
          <w:tab w:val="left" w:pos="426"/>
        </w:tabs>
        <w:spacing w:before="0"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USO DE IMAGEM, VOZ E EDIÇÃO</w:t>
      </w:r>
    </w:p>
    <w:p w14:paraId="36F19695" w14:textId="1DA120F9" w:rsidR="00FD09D5" w:rsidRPr="00AF353A" w:rsidRDefault="00A05358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05358">
        <w:rPr>
          <w:color w:val="auto"/>
          <w:sz w:val="24"/>
          <w:szCs w:val="24"/>
        </w:rPr>
        <w:t>Os participantes reconhecem que a divulgação promove as marcas e produtos da empresa e possui natureza institucional, promocional e mercadológica</w:t>
      </w:r>
      <w:r w:rsidR="00681E13" w:rsidRPr="00AF353A">
        <w:rPr>
          <w:color w:val="auto"/>
          <w:sz w:val="24"/>
          <w:szCs w:val="24"/>
        </w:rPr>
        <w:t>.</w:t>
      </w:r>
    </w:p>
    <w:p w14:paraId="7C7C1E33" w14:textId="3A1662EB" w:rsidR="00FD09D5" w:rsidRPr="00AF353A" w:rsidRDefault="00A05358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05358">
        <w:rPr>
          <w:color w:val="auto"/>
          <w:sz w:val="24"/>
          <w:szCs w:val="24"/>
        </w:rPr>
        <w:t xml:space="preserve">A autorização </w:t>
      </w:r>
      <w:r w:rsidR="001344AF">
        <w:rPr>
          <w:color w:val="auto"/>
          <w:sz w:val="24"/>
          <w:szCs w:val="24"/>
        </w:rPr>
        <w:t xml:space="preserve">possui caráter gratuito e </w:t>
      </w:r>
      <w:r w:rsidRPr="00A05358">
        <w:rPr>
          <w:color w:val="auto"/>
          <w:sz w:val="24"/>
          <w:szCs w:val="24"/>
        </w:rPr>
        <w:t>abrange nome, imagem, voz, depoimento, receita e conteúdo audiovisual no Instagram, Facebook, outras redes sociais, website, canais de vídeo, mídia digital, apresentações e materiais institucionais da empresa</w:t>
      </w:r>
      <w:r w:rsidR="00681E13" w:rsidRPr="00AF353A">
        <w:rPr>
          <w:color w:val="auto"/>
          <w:sz w:val="24"/>
          <w:szCs w:val="24"/>
        </w:rPr>
        <w:t>.</w:t>
      </w:r>
    </w:p>
    <w:p w14:paraId="5306AA0C" w14:textId="44F874D2" w:rsidR="00FD09D5" w:rsidRPr="00AF353A" w:rsidRDefault="008B0E90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8B0E90">
        <w:rPr>
          <w:color w:val="auto"/>
          <w:sz w:val="24"/>
          <w:szCs w:val="24"/>
        </w:rPr>
        <w:t>A empresa poderá realizar montagem, cortes, redução ou ampliação de duração, correção de cor e áudio, reenquadramento, inserção de trilha licenciada, legendas, locução, grafismos, chamadas, logotipos, identidade visual e recursos de acessibilidade</w:t>
      </w:r>
      <w:r w:rsidR="00681E13" w:rsidRPr="00AF353A">
        <w:rPr>
          <w:color w:val="auto"/>
          <w:sz w:val="24"/>
          <w:szCs w:val="24"/>
        </w:rPr>
        <w:t>.</w:t>
      </w:r>
    </w:p>
    <w:p w14:paraId="1F203F73" w14:textId="70771734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Publicações em redes abertas podem ser copiadas ou compartilhadas por terceiros. A empresa adotará medidas razoáveis em seus próprios canais, mas não pode garantir a remoção de cópias fora de seu controle.</w:t>
      </w:r>
    </w:p>
    <w:p w14:paraId="289449F6" w14:textId="77777777" w:rsidR="00FD09D5" w:rsidRPr="00AF353A" w:rsidRDefault="00FD09D5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332EE7D5" w14:textId="2C660C42" w:rsidR="00A8368D" w:rsidRPr="00AF353A" w:rsidRDefault="00681E13" w:rsidP="008D0843">
      <w:pPr>
        <w:pStyle w:val="Ttulo1"/>
        <w:numPr>
          <w:ilvl w:val="0"/>
          <w:numId w:val="10"/>
        </w:numPr>
        <w:tabs>
          <w:tab w:val="left" w:pos="426"/>
        </w:tabs>
        <w:spacing w:before="0"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PROTEÇÃO DE DADOS PESSOAIS</w:t>
      </w:r>
    </w:p>
    <w:p w14:paraId="377E78AB" w14:textId="77777777" w:rsidR="00FD09D5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Os dados serão tratados para organizar o concurso, validar inscrições e autorizações, avaliar vídeos, entregar premiações, divulgar resultados e exercer direitos ou cumprir obrigações legais.</w:t>
      </w:r>
    </w:p>
    <w:p w14:paraId="1C4B1E4D" w14:textId="77777777" w:rsidR="00FD09D5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acesso será limitado às equipes responsáveis e a prestadores necessários, sujeitos a deveres de confidencialidade e segurança. Não haverá comercialização dos dados pessoais.</w:t>
      </w:r>
    </w:p>
    <w:p w14:paraId="12D2A328" w14:textId="7EE24384" w:rsidR="00FD09D5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Dúvidas e solicitações sobre dados, imagem ou voz poderão ser encaminhadas a</w:t>
      </w:r>
      <w:r w:rsidR="00B7746F">
        <w:rPr>
          <w:color w:val="auto"/>
          <w:sz w:val="24"/>
          <w:szCs w:val="24"/>
        </w:rPr>
        <w:t>o</w:t>
      </w:r>
      <w:r w:rsidR="000327F4" w:rsidRPr="00AF353A">
        <w:rPr>
          <w:color w:val="auto"/>
          <w:sz w:val="24"/>
          <w:szCs w:val="24"/>
        </w:rPr>
        <w:t xml:space="preserve"> e-mail do Encarregado de Dados (privacidade@abagrobrasil.com.br) ou pelo Canal de Denúncias do Grupo AB (https://reporting.clickcompliance.com/grupo-</w:t>
      </w:r>
      <w:proofErr w:type="spellStart"/>
      <w:r w:rsidR="000327F4" w:rsidRPr="00AF353A">
        <w:rPr>
          <w:color w:val="auto"/>
          <w:sz w:val="24"/>
          <w:szCs w:val="24"/>
        </w:rPr>
        <w:t>abagrobrasil</w:t>
      </w:r>
      <w:proofErr w:type="spellEnd"/>
      <w:r w:rsidR="000327F4" w:rsidRPr="00AF353A">
        <w:rPr>
          <w:color w:val="auto"/>
          <w:sz w:val="24"/>
          <w:szCs w:val="24"/>
        </w:rPr>
        <w:t>)</w:t>
      </w:r>
      <w:r w:rsidRPr="00AF353A">
        <w:rPr>
          <w:color w:val="auto"/>
          <w:sz w:val="24"/>
          <w:szCs w:val="24"/>
        </w:rPr>
        <w:t>.</w:t>
      </w:r>
    </w:p>
    <w:p w14:paraId="710097C4" w14:textId="77777777" w:rsidR="000327F4" w:rsidRPr="00AF353A" w:rsidRDefault="000327F4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7E559C4F" w14:textId="7BA11C66" w:rsidR="00A8368D" w:rsidRPr="00AF353A" w:rsidRDefault="00681E13" w:rsidP="008D0843">
      <w:pPr>
        <w:pStyle w:val="Ttulo1"/>
        <w:numPr>
          <w:ilvl w:val="0"/>
          <w:numId w:val="10"/>
        </w:numPr>
        <w:tabs>
          <w:tab w:val="left" w:pos="426"/>
        </w:tabs>
        <w:spacing w:before="0"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DIREITOS AUTORAIS E RESPONSABILIDADE PELO CONTEÚDO</w:t>
      </w:r>
    </w:p>
    <w:p w14:paraId="4A230962" w14:textId="77777777" w:rsidR="000327F4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participante declara que o vídeo e a receita enviados são de sua autoria ou que possui as permissões necessárias para utilizá-los.</w:t>
      </w:r>
    </w:p>
    <w:p w14:paraId="190B592F" w14:textId="77777777" w:rsidR="000327F4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Não deverão ser utilizadas músicas, fotografias, vídeos, personagens, trechos audiovisuais ou outros conteúdos protegidos sem licença compatível. Recomenda-se gravar sem música de fundo ou utilizar apenas trilha fornecida ou aprovada pela organização.</w:t>
      </w:r>
    </w:p>
    <w:p w14:paraId="03516D07" w14:textId="214617CA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 colaborador responderá por informações falsas e por conteúdo inserido sem autorização, sem prejuízo da revisão e das medidas cabíveis pela organização.</w:t>
      </w:r>
    </w:p>
    <w:p w14:paraId="2405464E" w14:textId="77777777" w:rsidR="0043225F" w:rsidRPr="00AF353A" w:rsidRDefault="0043225F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65D04A7B" w14:textId="0CE6EB41" w:rsidR="00A8368D" w:rsidRPr="00AF353A" w:rsidRDefault="00681E13" w:rsidP="008D0843">
      <w:pPr>
        <w:pStyle w:val="Ttulo1"/>
        <w:numPr>
          <w:ilvl w:val="0"/>
          <w:numId w:val="10"/>
        </w:numPr>
        <w:tabs>
          <w:tab w:val="left" w:pos="426"/>
        </w:tabs>
        <w:spacing w:before="0"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DESCLASSIFICAÇÃO</w:t>
      </w:r>
    </w:p>
    <w:p w14:paraId="0E609228" w14:textId="5C5B2A5E" w:rsidR="0043225F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 xml:space="preserve">Poderá ser desclassificada a inscrição que: descumprir </w:t>
      </w:r>
      <w:r w:rsidR="009E52EB">
        <w:rPr>
          <w:color w:val="auto"/>
          <w:sz w:val="24"/>
          <w:szCs w:val="24"/>
        </w:rPr>
        <w:t>ou não cumprir os requisitos d</w:t>
      </w:r>
      <w:r w:rsidRPr="00AF353A">
        <w:rPr>
          <w:color w:val="auto"/>
          <w:sz w:val="24"/>
          <w:szCs w:val="24"/>
        </w:rPr>
        <w:t>o regulamento; for entregue fora do prazo; não apresentar documentação; contiver informação falsa; violar direitos de terceiros; expuser pessoa vulnerável a risco; ou apresentar conteúdo ilícito, ofensivo ou incompatível com a ação.</w:t>
      </w:r>
    </w:p>
    <w:p w14:paraId="0A81FB04" w14:textId="25CEECD6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Sempre que possível, a organização poderá conceder prazo para saneamento de irregularidade formal antes da desclassificação.</w:t>
      </w:r>
    </w:p>
    <w:p w14:paraId="3B630612" w14:textId="77777777" w:rsidR="0043225F" w:rsidRPr="00AF353A" w:rsidRDefault="0043225F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378791A9" w14:textId="145264D1" w:rsidR="00A8368D" w:rsidRPr="00AF353A" w:rsidRDefault="00681E13" w:rsidP="008D0843">
      <w:pPr>
        <w:pStyle w:val="Ttulo1"/>
        <w:numPr>
          <w:ilvl w:val="0"/>
          <w:numId w:val="10"/>
        </w:numPr>
        <w:tabs>
          <w:tab w:val="left" w:pos="426"/>
        </w:tabs>
        <w:spacing w:before="0"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DISPOSIÇÕES FINAIS</w:t>
      </w:r>
    </w:p>
    <w:p w14:paraId="2B7D125A" w14:textId="77777777" w:rsidR="0043225F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 organização poderá suspender, alterar ou cancelar a ação por motivo relevante, caso fortuito, força maior, risco jurídico, operacional ou reputacional, assegurando comunicação adequada aos participantes.</w:t>
      </w:r>
    </w:p>
    <w:p w14:paraId="25F4CAC7" w14:textId="77777777" w:rsidR="0043225F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Os casos omissos serão resolvidos pela organização, com apoio das áreas competentes e observância da boa-fé, isonomia, segurança e proteção dos participantes.</w:t>
      </w:r>
    </w:p>
    <w:p w14:paraId="7EE88D4B" w14:textId="1F2D3FC9" w:rsidR="00A8368D" w:rsidRPr="00AF353A" w:rsidRDefault="00681E13" w:rsidP="008D0843">
      <w:pPr>
        <w:pStyle w:val="PargrafodaLista"/>
        <w:numPr>
          <w:ilvl w:val="1"/>
          <w:numId w:val="10"/>
        </w:numPr>
        <w:spacing w:after="0"/>
        <w:ind w:left="0" w:firstLine="0"/>
        <w:jc w:val="both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 participação implica ciência e aceitação deste regulamento, sem prejuízo das escolhas específicas relativas à divulgação de imagem e voz.</w:t>
      </w:r>
    </w:p>
    <w:p w14:paraId="71D9A873" w14:textId="77777777" w:rsidR="00C91633" w:rsidRPr="00AF353A" w:rsidRDefault="00C91633" w:rsidP="008D0843">
      <w:pPr>
        <w:pStyle w:val="PargrafodaLista"/>
        <w:spacing w:after="0"/>
        <w:ind w:left="0"/>
        <w:jc w:val="both"/>
        <w:rPr>
          <w:color w:val="auto"/>
          <w:sz w:val="24"/>
          <w:szCs w:val="24"/>
        </w:rPr>
      </w:pPr>
    </w:p>
    <w:p w14:paraId="3A817387" w14:textId="77777777" w:rsidR="00A8368D" w:rsidRPr="00AF353A" w:rsidRDefault="00681E13" w:rsidP="008D0843">
      <w:pPr>
        <w:pStyle w:val="Ttulo1"/>
        <w:spacing w:before="0" w:after="0"/>
        <w:jc w:val="center"/>
        <w:rPr>
          <w:color w:val="auto"/>
          <w:sz w:val="24"/>
          <w:szCs w:val="24"/>
        </w:rPr>
      </w:pPr>
      <w:r w:rsidRPr="00AF353A">
        <w:rPr>
          <w:color w:val="auto"/>
          <w:sz w:val="24"/>
          <w:szCs w:val="24"/>
        </w:rPr>
        <w:t>ANEXO I — RESUMO OPERACIONAL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A8368D" w:rsidRPr="00AF353A" w14:paraId="79C2DF19" w14:textId="77777777">
        <w:trPr>
          <w:jc w:val="center"/>
        </w:trPr>
        <w:tc>
          <w:tcPr>
            <w:tcW w:w="4873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39DC09" w14:textId="77777777" w:rsidR="00A8368D" w:rsidRPr="00AF353A" w:rsidRDefault="00681E13" w:rsidP="008D0843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Item</w:t>
            </w:r>
          </w:p>
        </w:tc>
        <w:tc>
          <w:tcPr>
            <w:tcW w:w="4873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BAFE84" w14:textId="77777777" w:rsidR="00A8368D" w:rsidRPr="00AF353A" w:rsidRDefault="00681E13" w:rsidP="008D0843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Exigência</w:t>
            </w:r>
          </w:p>
        </w:tc>
      </w:tr>
      <w:tr w:rsidR="00A8368D" w:rsidRPr="00AF353A" w14:paraId="0DD4C2CA" w14:textId="77777777">
        <w:trPr>
          <w:jc w:val="center"/>
        </w:trPr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F5B76B" w14:textId="5510A1A8" w:rsidR="00A8368D" w:rsidRPr="00AF353A" w:rsidRDefault="00681E1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Inscrição</w:t>
            </w:r>
            <w:r w:rsidR="00151759">
              <w:rPr>
                <w:b/>
                <w:color w:val="auto"/>
                <w:sz w:val="24"/>
                <w:szCs w:val="24"/>
              </w:rPr>
              <w:t>/envio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8A6F18" w14:textId="77777777" w:rsidR="00A8368D" w:rsidRPr="00AF353A" w:rsidRDefault="00681E1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color w:val="auto"/>
                <w:sz w:val="24"/>
                <w:szCs w:val="24"/>
              </w:rPr>
              <w:t>Em nome do colaborador.</w:t>
            </w:r>
          </w:p>
        </w:tc>
      </w:tr>
      <w:tr w:rsidR="00A8368D" w:rsidRPr="00AF353A" w14:paraId="648237E4" w14:textId="77777777">
        <w:trPr>
          <w:jc w:val="center"/>
        </w:trPr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17568" w14:textId="670350B1" w:rsidR="00A8368D" w:rsidRPr="00AF353A" w:rsidRDefault="00151759" w:rsidP="008D0843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Número de vídeos enviados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41EF33" w14:textId="70A7861C" w:rsidR="00A8368D" w:rsidRPr="00AF353A" w:rsidRDefault="008D084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color w:val="auto"/>
                <w:sz w:val="24"/>
                <w:szCs w:val="24"/>
              </w:rPr>
              <w:t>Ilimitado.</w:t>
            </w:r>
          </w:p>
        </w:tc>
      </w:tr>
      <w:tr w:rsidR="00A8368D" w:rsidRPr="00AF353A" w14:paraId="3369BD92" w14:textId="77777777">
        <w:trPr>
          <w:jc w:val="center"/>
        </w:trPr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A700CA" w14:textId="77777777" w:rsidR="00A8368D" w:rsidRPr="00AF353A" w:rsidRDefault="00681E1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Duração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D632DB" w14:textId="53AF4F45" w:rsidR="00A8368D" w:rsidRPr="00AF353A" w:rsidRDefault="00681E1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color w:val="auto"/>
                <w:sz w:val="24"/>
                <w:szCs w:val="24"/>
              </w:rPr>
              <w:t>Máximo de 3 minutos.</w:t>
            </w:r>
            <w:r w:rsidR="008D0843" w:rsidRPr="00AF353A">
              <w:rPr>
                <w:color w:val="auto"/>
                <w:sz w:val="24"/>
                <w:szCs w:val="24"/>
              </w:rPr>
              <w:t xml:space="preserve"> Sugerido até 1 min.</w:t>
            </w:r>
          </w:p>
        </w:tc>
      </w:tr>
      <w:tr w:rsidR="00A8368D" w:rsidRPr="00AF353A" w14:paraId="183C7631" w14:textId="77777777">
        <w:trPr>
          <w:jc w:val="center"/>
        </w:trPr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9A64D9" w14:textId="77777777" w:rsidR="00A8368D" w:rsidRPr="00AF353A" w:rsidRDefault="00681E1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Formato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BDEBB" w14:textId="73268AFF" w:rsidR="00A8368D" w:rsidRPr="00AF353A" w:rsidRDefault="00A13D63" w:rsidP="008D0843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Vertical</w:t>
            </w:r>
            <w:r w:rsidR="00681E13" w:rsidRPr="00AF353A">
              <w:rPr>
                <w:color w:val="auto"/>
                <w:sz w:val="24"/>
                <w:szCs w:val="24"/>
              </w:rPr>
              <w:t xml:space="preserve">, preferencialmente </w:t>
            </w:r>
            <w:r>
              <w:rPr>
                <w:color w:val="auto"/>
                <w:sz w:val="24"/>
                <w:szCs w:val="24"/>
              </w:rPr>
              <w:t>9:16</w:t>
            </w:r>
            <w:r w:rsidR="00681E13" w:rsidRPr="00AF353A">
              <w:rPr>
                <w:color w:val="auto"/>
                <w:sz w:val="24"/>
                <w:szCs w:val="24"/>
              </w:rPr>
              <w:t>, arquivo MP4.</w:t>
            </w:r>
          </w:p>
        </w:tc>
      </w:tr>
      <w:tr w:rsidR="00A8368D" w:rsidRPr="00AF353A" w14:paraId="740F5E4A" w14:textId="77777777">
        <w:trPr>
          <w:jc w:val="center"/>
        </w:trPr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8EE980" w14:textId="30BB757F" w:rsidR="00A8368D" w:rsidRPr="00AF353A" w:rsidRDefault="00151759" w:rsidP="008D0843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Ingrediente principal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A0BA14" w14:textId="7699816C" w:rsidR="00A8368D" w:rsidRPr="00AF353A" w:rsidRDefault="00151759" w:rsidP="008D0843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Farinha Bonina, Guth,</w:t>
            </w:r>
            <w:r w:rsidR="00681E13" w:rsidRPr="00AF353A">
              <w:rPr>
                <w:color w:val="auto"/>
                <w:sz w:val="24"/>
                <w:szCs w:val="24"/>
              </w:rPr>
              <w:t xml:space="preserve"> Mona, Buquê ou </w:t>
            </w:r>
            <w:r>
              <w:rPr>
                <w:color w:val="auto"/>
                <w:sz w:val="24"/>
                <w:szCs w:val="24"/>
              </w:rPr>
              <w:t>Margarida</w:t>
            </w:r>
            <w:r w:rsidR="00681E13" w:rsidRPr="00AF353A">
              <w:rPr>
                <w:color w:val="auto"/>
                <w:sz w:val="24"/>
                <w:szCs w:val="24"/>
              </w:rPr>
              <w:t>.</w:t>
            </w:r>
          </w:p>
        </w:tc>
      </w:tr>
      <w:tr w:rsidR="00A8368D" w:rsidRPr="00AF353A" w14:paraId="7D71B852" w14:textId="77777777">
        <w:trPr>
          <w:jc w:val="center"/>
        </w:trPr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A13299" w14:textId="77777777" w:rsidR="00A8368D" w:rsidRPr="00AF353A" w:rsidRDefault="00681E1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Documentos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1ED8D9" w14:textId="77777777" w:rsidR="00A8368D" w:rsidRPr="00AF353A" w:rsidRDefault="00681E1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color w:val="auto"/>
                <w:sz w:val="24"/>
                <w:szCs w:val="24"/>
              </w:rPr>
              <w:t>Receita escrita e termos de todas as pessoas identificáveis.</w:t>
            </w:r>
          </w:p>
        </w:tc>
      </w:tr>
      <w:tr w:rsidR="00A8368D" w:rsidRPr="00AF353A" w14:paraId="0128CAB7" w14:textId="77777777">
        <w:trPr>
          <w:jc w:val="center"/>
        </w:trPr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B92A89" w14:textId="77777777" w:rsidR="00A8368D" w:rsidRPr="00AF353A" w:rsidRDefault="00681E1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Menores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A19046" w14:textId="77777777" w:rsidR="00A8368D" w:rsidRPr="00AF353A" w:rsidRDefault="00681E1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color w:val="auto"/>
                <w:sz w:val="24"/>
                <w:szCs w:val="24"/>
              </w:rPr>
              <w:t>Autorização do responsável, supervisão adulta e assentimento quando possível.</w:t>
            </w:r>
          </w:p>
        </w:tc>
      </w:tr>
      <w:tr w:rsidR="00A8368D" w:rsidRPr="00AF353A" w14:paraId="5085A35B" w14:textId="77777777">
        <w:trPr>
          <w:jc w:val="center"/>
        </w:trPr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F57692" w14:textId="77777777" w:rsidR="00A8368D" w:rsidRPr="00AF353A" w:rsidRDefault="00681E13" w:rsidP="008D0843">
            <w:pPr>
              <w:spacing w:after="0"/>
              <w:rPr>
                <w:color w:val="auto"/>
                <w:sz w:val="24"/>
                <w:szCs w:val="24"/>
              </w:rPr>
            </w:pPr>
            <w:r w:rsidRPr="00AF353A">
              <w:rPr>
                <w:b/>
                <w:color w:val="auto"/>
                <w:sz w:val="24"/>
                <w:szCs w:val="24"/>
              </w:rPr>
              <w:t>Divulgação pública</w:t>
            </w:r>
          </w:p>
        </w:tc>
        <w:tc>
          <w:tcPr>
            <w:tcW w:w="487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D27956" w14:textId="72707FBF" w:rsidR="00A8368D" w:rsidRPr="00AF353A" w:rsidRDefault="00355A1A" w:rsidP="008D0843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Ciência de que todos os vídeos </w:t>
            </w:r>
            <w:r w:rsidR="00C66DCA">
              <w:rPr>
                <w:color w:val="auto"/>
                <w:sz w:val="24"/>
                <w:szCs w:val="24"/>
              </w:rPr>
              <w:t>conformes, vencedores ou não, poderão ser editados e publicados</w:t>
            </w:r>
            <w:r w:rsidR="00681E13" w:rsidRPr="00AF353A">
              <w:rPr>
                <w:color w:val="auto"/>
                <w:sz w:val="24"/>
                <w:szCs w:val="24"/>
              </w:rPr>
              <w:t>.</w:t>
            </w:r>
          </w:p>
        </w:tc>
      </w:tr>
    </w:tbl>
    <w:p w14:paraId="64E598CF" w14:textId="0780FE82" w:rsidR="00A8368D" w:rsidRPr="00AF353A" w:rsidRDefault="00A8368D" w:rsidP="008D0843">
      <w:pPr>
        <w:spacing w:after="0"/>
        <w:rPr>
          <w:color w:val="auto"/>
          <w:sz w:val="24"/>
          <w:szCs w:val="24"/>
        </w:rPr>
      </w:pPr>
    </w:p>
    <w:tbl>
      <w:tblPr>
        <w:tblStyle w:val="Tabelacomgrad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A329E4" w:rsidRPr="00AF353A" w14:paraId="1EAC49B4" w14:textId="77777777" w:rsidTr="00A329E4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</w:tcPr>
          <w:p w14:paraId="195CF83F" w14:textId="664F2C1C" w:rsidR="00A329E4" w:rsidRPr="00AF353A" w:rsidRDefault="00A329E4" w:rsidP="00A329E4">
            <w:pPr>
              <w:jc w:val="center"/>
              <w:rPr>
                <w:color w:val="auto"/>
                <w:sz w:val="32"/>
                <w:szCs w:val="32"/>
              </w:rPr>
            </w:pPr>
            <w:r w:rsidRPr="00AF353A">
              <w:rPr>
                <w:b/>
                <w:bCs/>
                <w:color w:val="auto"/>
                <w:sz w:val="32"/>
                <w:szCs w:val="32"/>
              </w:rPr>
              <w:t>Vista o avental, chame a família e mostre o chef que existe em você!</w:t>
            </w:r>
          </w:p>
        </w:tc>
      </w:tr>
    </w:tbl>
    <w:p w14:paraId="452423DD" w14:textId="77777777" w:rsidR="00751638" w:rsidRPr="00AF353A" w:rsidRDefault="00751638" w:rsidP="008D0843">
      <w:pPr>
        <w:spacing w:after="0"/>
        <w:rPr>
          <w:color w:val="auto"/>
          <w:sz w:val="24"/>
          <w:szCs w:val="24"/>
        </w:rPr>
      </w:pPr>
    </w:p>
    <w:sectPr w:rsidR="00751638" w:rsidRPr="00AF353A" w:rsidSect="008D0843">
      <w:headerReference w:type="default" r:id="rId11"/>
      <w:footerReference w:type="default" r:id="rId12"/>
      <w:pgSz w:w="12240" w:h="15840"/>
      <w:pgMar w:top="102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58771" w14:textId="77777777" w:rsidR="005A4B14" w:rsidRDefault="005A4B14">
      <w:pPr>
        <w:spacing w:after="0" w:line="240" w:lineRule="auto"/>
      </w:pPr>
      <w:r>
        <w:separator/>
      </w:r>
    </w:p>
  </w:endnote>
  <w:endnote w:type="continuationSeparator" w:id="0">
    <w:p w14:paraId="66651BCB" w14:textId="77777777" w:rsidR="005A4B14" w:rsidRDefault="005A4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68468" w14:textId="5C3B2704" w:rsidR="00A8368D" w:rsidRDefault="00C73CFF">
    <w:pPr>
      <w:pStyle w:val="Rodap"/>
      <w:jc w:val="center"/>
    </w:pPr>
    <w:r>
      <w:rPr>
        <w:color w:val="666666"/>
        <w:sz w:val="16"/>
      </w:rPr>
      <w:t xml:space="preserve">Dia de Chef </w:t>
    </w:r>
    <w:r w:rsidR="00681E13">
      <w:rPr>
        <w:color w:val="666666"/>
        <w:sz w:val="16"/>
      </w:rPr>
      <w:t xml:space="preserve">| </w:t>
    </w:r>
    <w:r w:rsidR="00681E13">
      <w:t xml:space="preserve"> </w:t>
    </w:r>
    <w:r w:rsidR="00681E13">
      <w:fldChar w:fldCharType="begin"/>
    </w:r>
    <w:r w:rsidR="00681E13">
      <w:instrText xml:space="preserve"> PAGE </w:instrText>
    </w:r>
    <w:r w:rsidR="00681E13">
      <w:fldChar w:fldCharType="separate"/>
    </w:r>
    <w:r w:rsidR="00EF06A0">
      <w:rPr>
        <w:noProof/>
      </w:rPr>
      <w:t>1</w:t>
    </w:r>
    <w:r w:rsidR="00681E1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32A64" w14:textId="77777777" w:rsidR="005A4B14" w:rsidRDefault="005A4B14">
      <w:pPr>
        <w:spacing w:after="0" w:line="240" w:lineRule="auto"/>
      </w:pPr>
      <w:r>
        <w:separator/>
      </w:r>
    </w:p>
  </w:footnote>
  <w:footnote w:type="continuationSeparator" w:id="0">
    <w:p w14:paraId="41C765EA" w14:textId="77777777" w:rsidR="005A4B14" w:rsidRDefault="005A4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CC0E" w14:textId="0B30CBE7" w:rsidR="00C361ED" w:rsidRDefault="00000000">
    <w:pPr>
      <w:pStyle w:val="Cabealho"/>
      <w:jc w:val="right"/>
      <w:rPr>
        <w:color w:val="666666"/>
        <w:sz w:val="16"/>
      </w:rPr>
    </w:pPr>
    <w:r>
      <w:rPr>
        <w:noProof/>
        <w:color w:val="666666"/>
        <w:sz w:val="16"/>
      </w:rPr>
      <w:pict w14:anchorId="69AEF6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0282205" o:spid="_x0000_s1025" type="#_x0000_t75" style="position:absolute;left:0;text-align:left;margin-left:-57.45pt;margin-top:-64.85pt;width:612.15pt;height:790.9pt;z-index:-251658752;mso-position-horizontal-relative:margin;mso-position-vertical-relative:margin" o:allowincell="f">
          <v:imagedata r:id="rId1" o:title="folhaA4"/>
          <w10:wrap anchorx="margin" anchory="margin"/>
        </v:shape>
      </w:pict>
    </w:r>
  </w:p>
  <w:p w14:paraId="54C3A29A" w14:textId="77777777" w:rsidR="00C361ED" w:rsidRDefault="00C361ED">
    <w:pPr>
      <w:pStyle w:val="Cabealho"/>
      <w:jc w:val="right"/>
      <w:rPr>
        <w:color w:val="666666"/>
        <w:sz w:val="16"/>
      </w:rPr>
    </w:pPr>
  </w:p>
  <w:p w14:paraId="20670992" w14:textId="09E40216" w:rsidR="00A8368D" w:rsidRPr="00EF06A0" w:rsidRDefault="00681E13">
    <w:pPr>
      <w:pStyle w:val="Cabealho"/>
      <w:jc w:val="right"/>
    </w:pPr>
    <w:r w:rsidRPr="00EF06A0">
      <w:rPr>
        <w:color w:val="666666"/>
        <w:sz w:val="16"/>
      </w:rPr>
      <w:t>Regulamento do Concurso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2C65EB"/>
    <w:multiLevelType w:val="hybridMultilevel"/>
    <w:tmpl w:val="5242408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483307"/>
    <w:multiLevelType w:val="hybridMultilevel"/>
    <w:tmpl w:val="A498C5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6170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078008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19046840">
    <w:abstractNumId w:val="8"/>
  </w:num>
  <w:num w:numId="2" w16cid:durableId="1916352791">
    <w:abstractNumId w:val="6"/>
  </w:num>
  <w:num w:numId="3" w16cid:durableId="966355783">
    <w:abstractNumId w:val="5"/>
  </w:num>
  <w:num w:numId="4" w16cid:durableId="317002253">
    <w:abstractNumId w:val="4"/>
  </w:num>
  <w:num w:numId="5" w16cid:durableId="981428145">
    <w:abstractNumId w:val="7"/>
  </w:num>
  <w:num w:numId="6" w16cid:durableId="165437891">
    <w:abstractNumId w:val="3"/>
  </w:num>
  <w:num w:numId="7" w16cid:durableId="812985933">
    <w:abstractNumId w:val="2"/>
  </w:num>
  <w:num w:numId="8" w16cid:durableId="402727935">
    <w:abstractNumId w:val="1"/>
  </w:num>
  <w:num w:numId="9" w16cid:durableId="524831176">
    <w:abstractNumId w:val="0"/>
  </w:num>
  <w:num w:numId="10" w16cid:durableId="1080440937">
    <w:abstractNumId w:val="11"/>
  </w:num>
  <w:num w:numId="11" w16cid:durableId="241305335">
    <w:abstractNumId w:val="10"/>
  </w:num>
  <w:num w:numId="12" w16cid:durableId="235746813">
    <w:abstractNumId w:val="12"/>
  </w:num>
  <w:num w:numId="13" w16cid:durableId="344744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7F4"/>
    <w:rsid w:val="00034616"/>
    <w:rsid w:val="000352E8"/>
    <w:rsid w:val="0006063C"/>
    <w:rsid w:val="000768D3"/>
    <w:rsid w:val="000D0EF1"/>
    <w:rsid w:val="001344AF"/>
    <w:rsid w:val="0015074B"/>
    <w:rsid w:val="00151759"/>
    <w:rsid w:val="001B60B3"/>
    <w:rsid w:val="0027291B"/>
    <w:rsid w:val="0029639D"/>
    <w:rsid w:val="0031113B"/>
    <w:rsid w:val="00326F90"/>
    <w:rsid w:val="003356DF"/>
    <w:rsid w:val="00355A1A"/>
    <w:rsid w:val="00377E73"/>
    <w:rsid w:val="00382113"/>
    <w:rsid w:val="003B0497"/>
    <w:rsid w:val="003B4D21"/>
    <w:rsid w:val="003D1DCF"/>
    <w:rsid w:val="003F54E0"/>
    <w:rsid w:val="0040316F"/>
    <w:rsid w:val="00425547"/>
    <w:rsid w:val="0043225F"/>
    <w:rsid w:val="004646CE"/>
    <w:rsid w:val="00487679"/>
    <w:rsid w:val="004C3BF0"/>
    <w:rsid w:val="005062FC"/>
    <w:rsid w:val="005A4B14"/>
    <w:rsid w:val="0065012F"/>
    <w:rsid w:val="00681E13"/>
    <w:rsid w:val="006B0CCC"/>
    <w:rsid w:val="007212E9"/>
    <w:rsid w:val="00751638"/>
    <w:rsid w:val="007527B8"/>
    <w:rsid w:val="007A1B3E"/>
    <w:rsid w:val="007C433B"/>
    <w:rsid w:val="007E6217"/>
    <w:rsid w:val="00824AC2"/>
    <w:rsid w:val="0086066E"/>
    <w:rsid w:val="00863C3C"/>
    <w:rsid w:val="00892974"/>
    <w:rsid w:val="008B0E90"/>
    <w:rsid w:val="008D0843"/>
    <w:rsid w:val="00921F7B"/>
    <w:rsid w:val="009922BF"/>
    <w:rsid w:val="009B1005"/>
    <w:rsid w:val="009D7946"/>
    <w:rsid w:val="009E52EB"/>
    <w:rsid w:val="009E66C6"/>
    <w:rsid w:val="00A05358"/>
    <w:rsid w:val="00A13D63"/>
    <w:rsid w:val="00A329E4"/>
    <w:rsid w:val="00A60BF5"/>
    <w:rsid w:val="00A8368D"/>
    <w:rsid w:val="00AA1D8D"/>
    <w:rsid w:val="00AF353A"/>
    <w:rsid w:val="00B174E4"/>
    <w:rsid w:val="00B2286E"/>
    <w:rsid w:val="00B47730"/>
    <w:rsid w:val="00B7746F"/>
    <w:rsid w:val="00B82980"/>
    <w:rsid w:val="00B93E4D"/>
    <w:rsid w:val="00C361ED"/>
    <w:rsid w:val="00C66DCA"/>
    <w:rsid w:val="00C73CFF"/>
    <w:rsid w:val="00C90408"/>
    <w:rsid w:val="00C91633"/>
    <w:rsid w:val="00CB0664"/>
    <w:rsid w:val="00CF687F"/>
    <w:rsid w:val="00D13DBE"/>
    <w:rsid w:val="00D2123F"/>
    <w:rsid w:val="00D269DF"/>
    <w:rsid w:val="00D75CCC"/>
    <w:rsid w:val="00DC3D38"/>
    <w:rsid w:val="00DD2DF7"/>
    <w:rsid w:val="00EA3009"/>
    <w:rsid w:val="00EC2E47"/>
    <w:rsid w:val="00EF06A0"/>
    <w:rsid w:val="00EF1DA1"/>
    <w:rsid w:val="00F16A23"/>
    <w:rsid w:val="00FC693F"/>
    <w:rsid w:val="00FD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D61E29"/>
  <w14:defaultImageDpi w14:val="300"/>
  <w15:docId w15:val="{157CBE57-E19B-4898-9CF4-C24415D5D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43447"/>
      <w:sz w:val="21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C9962B"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F16A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16A2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16A23"/>
    <w:rPr>
      <w:rFonts w:ascii="Aptos" w:hAnsi="Aptos"/>
      <w:color w:val="243447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16A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16A23"/>
    <w:rPr>
      <w:rFonts w:ascii="Aptos" w:hAnsi="Aptos"/>
      <w:b/>
      <w:bCs/>
      <w:color w:val="243447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0327F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327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192407EB632647B5B7C3D900613DD9" ma:contentTypeVersion="12" ma:contentTypeDescription="Crie um novo documento." ma:contentTypeScope="" ma:versionID="9d6ec63d419ce87dbfe1cda44ceffc2d">
  <xsd:schema xmlns:xsd="http://www.w3.org/2001/XMLSchema" xmlns:xs="http://www.w3.org/2001/XMLSchema" xmlns:p="http://schemas.microsoft.com/office/2006/metadata/properties" xmlns:ns2="5b75e987-4629-4736-8a2c-9390a6e3b3f5" targetNamespace="http://schemas.microsoft.com/office/2006/metadata/properties" ma:root="true" ma:fieldsID="dd9280f9d174df5a0d0b88b8fa82039b" ns2:_="">
    <xsd:import namespace="5b75e987-4629-4736-8a2c-9390a6e3b3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5e987-4629-4736-8a2c-9390a6e3b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66c7d986-6066-4232-bfaf-e0e13dc314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75e987-4629-4736-8a2c-9390a6e3b3f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793B03-3040-4245-8C1A-796189700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75e987-4629-4736-8a2c-9390a6e3b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42DA40-5013-4342-8C87-6D0CCDDEAB03}">
  <ds:schemaRefs>
    <ds:schemaRef ds:uri="http://schemas.microsoft.com/office/2006/metadata/properties"/>
    <ds:schemaRef ds:uri="http://schemas.microsoft.com/office/infopath/2007/PartnerControls"/>
    <ds:schemaRef ds:uri="5b75e987-4629-4736-8a2c-9390a6e3b3f5"/>
  </ds:schemaRefs>
</ds:datastoreItem>
</file>

<file path=customXml/itemProps4.xml><?xml version="1.0" encoding="utf-8"?>
<ds:datastoreItem xmlns:ds="http://schemas.openxmlformats.org/officeDocument/2006/customXml" ds:itemID="{3068B649-8EDF-40C1-A8EF-D22C05486B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2174</Words>
  <Characters>11743</Characters>
  <Application>Microsoft Office Word</Application>
  <DocSecurity>0</DocSecurity>
  <Lines>97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Savegnago</dc:creator>
  <cp:keywords/>
  <dc:description>generated by python-docx</dc:description>
  <cp:lastModifiedBy>Lilian Barbosa</cp:lastModifiedBy>
  <cp:revision>9</cp:revision>
  <dcterms:created xsi:type="dcterms:W3CDTF">2026-10-02T19:59:00Z</dcterms:created>
  <dcterms:modified xsi:type="dcterms:W3CDTF">2026-10-06T12:38:00Z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0x01010033192407EB632647B5B7C3D900613DD9</vt:lpwstr>
  </property>
  <property fmtid="{D5CDD505-2E9C-101B-9397-08002B2CF9AE}" pid="3" name="MediaServiceImageTags">
    <vt:lpwstr/>
  </property>
</Properties>
</file>